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aps/>
          <w:color w:val="1D4F91"/>
          <w:sz w:val="16"/>
          <w:szCs w:val="16"/>
        </w:rPr>
        <w:t>AxioIntel · Sample Evidence for Google report</w:t>
      </w:r>
    </w:p>
    <w:p>
      <w:pPr>
        <w:pBdr>
          <w:left w:val="single" w:sz="18" w:space="8" w:color="C1682B"/>
        </w:pBdr>
        <w:ind w:left="170"/>
      </w:pPr>
      <w:r>
        <w:rPr>
          <w:b/>
          <w:bCs/>
        </w:rPr>
        <w:t>Sample only. Every business, person, address, identifier and record in this document is fictional.</w:t>
      </w:r>
      <w:r>
        <w:rPr/>
        <w:t xml:space="preserve"> It shows the structure and standard of an AxioIntel evidence report. It is not a customer result, it assesses no real business, and it must not be submitted to Google.</w:t>
      </w:r>
    </w:p>
    <w:p>
      <w:pPr>
        <w:pStyle w:val="Heading1"/>
      </w:pPr>
      <w:r>
        <w:rPr/>
        <w:t>Request for Google Maps Review Policy Investigation</w:t>
      </w:r>
    </w:p>
    <w:p>
      <w:r>
        <w:rPr>
          <w:b/>
          <w:bCs/>
        </w:rPr>
        <w:t>Maple Ridge Auto Care Business Profile review evidence</w:t>
      </w:r>
    </w:p>
    <w:p>
      <w:r>
        <w:rPr/>
        <w:t>For filing by the business owner, one item at a time, through Google's own reporting tools. Prepared 23 September 2026.</w:t>
      </w:r>
    </w:p>
    <w:p>
      <w:r>
        <w:rPr/>
        <w:t>We request a focused review of the reviews, reviewer accounts and business replies listed below on this Business Profile. The public record shows duplicated review text, repeated cross-business timing, unusual review-volume patterns and a standardized business reply to critical reviews. Google can test these patterns using non-public account, device, location, incentive and moderation signals.</w:t>
      </w:r>
    </w:p>
    <w:p>
      <w:r>
        <w:rPr/>
        <w:t>This report does not claim that any single timing pattern, rating-only review, low-history account, edit or disappearance proves a policy breach. It makes no allegation of wrongdoing against any person and says nothing about the quality of the shop's repair work. It asks Google to determine whether the combined evidence breaches Maps policy and to act only where its review confirms a breach.</w:t>
      </w:r>
    </w:p>
    <w:tbl>
      <w:tblPr>
        <w:tblStyle w:val="TableGrid"/>
        <w:tblW w:type="pct" w:w="5000"/>
        <w:tblLook w:firstColumn="1" w:firstRow="1" w:lastColumn="0" w:lastRow="0" w:noHBand="0" w:noVBand="1" w:val="04A0"/>
      </w:tblPr>
      <w:tblGrid>
        <w:gridCol w:w="4819"/>
        <w:gridCol w:w="4819"/>
      </w:tblGrid>
      <w:tr>
        <w:trPr>
          <w:cantSplit/>
          <w:tblHeader/>
        </w:trPr>
        <w:tc>
          <w:tcPr>
            <w:tcW w:type="dxa" w:w="4819"/>
            <w:shd w:val="clear" w:color="auto" w:fill="F2F4F8"/>
          </w:tcPr>
          <w:p>
            <w:pPr>
              <w:spacing w:after="20" w:line="240" w:lineRule="auto"/>
            </w:pPr>
            <w:r>
              <w:rPr>
                <w:b/>
                <w:bCs/>
                <w:caps/>
                <w:sz w:val="18"/>
                <w:szCs w:val="18"/>
              </w:rPr>
              <w:t>Field</w:t>
            </w:r>
          </w:p>
        </w:tc>
        <w:tc>
          <w:tcPr>
            <w:tcW w:type="dxa" w:w="4819"/>
            <w:shd w:val="clear" w:color="auto" w:fill="F2F4F8"/>
          </w:tcPr>
          <w:p>
            <w:pPr>
              <w:spacing w:after="20" w:line="240" w:lineRule="auto"/>
            </w:pPr>
            <w:r>
              <w:rPr>
                <w:b/>
                <w:bCs/>
                <w:caps/>
                <w:sz w:val="18"/>
                <w:szCs w:val="18"/>
              </w:rPr>
              <w:t>Value</w:t>
            </w:r>
          </w:p>
        </w:tc>
      </w:tr>
      <w:tr>
        <w:trPr>
          <w:cantSplit/>
        </w:trPr>
        <w:tc>
          <w:tcPr>
            <w:tcW w:type="dxa" w:w="4819"/>
          </w:tcPr>
          <w:p>
            <w:pPr>
              <w:spacing w:after="20" w:line="240" w:lineRule="auto"/>
            </w:pPr>
            <w:r>
              <w:rPr>
                <w:sz w:val="18"/>
                <w:szCs w:val="18"/>
              </w:rPr>
              <w:t>Listing name</w:t>
            </w:r>
          </w:p>
        </w:tc>
        <w:tc>
          <w:tcPr>
            <w:tcW w:type="dxa" w:w="4819"/>
          </w:tcPr>
          <w:p>
            <w:pPr>
              <w:spacing w:after="20" w:line="240" w:lineRule="auto"/>
            </w:pPr>
            <w:r>
              <w:rPr>
                <w:sz w:val="18"/>
                <w:szCs w:val="18"/>
              </w:rPr>
              <w:t>Maple Ridge Auto Care</w:t>
            </w:r>
          </w:p>
        </w:tc>
      </w:tr>
      <w:tr>
        <w:trPr>
          <w:cantSplit/>
        </w:trPr>
        <w:tc>
          <w:tcPr>
            <w:tcW w:type="dxa" w:w="4819"/>
          </w:tcPr>
          <w:p>
            <w:pPr>
              <w:spacing w:after="20" w:line="240" w:lineRule="auto"/>
            </w:pPr>
            <w:r>
              <w:rPr>
                <w:sz w:val="18"/>
                <w:szCs w:val="18"/>
              </w:rPr>
              <w:t>Place ID</w:t>
            </w:r>
          </w:p>
        </w:tc>
        <w:tc>
          <w:tcPr>
            <w:tcW w:type="dxa" w:w="4819"/>
          </w:tcPr>
          <w:p>
            <w:pPr>
              <w:spacing w:after="20" w:line="240" w:lineRule="auto"/>
            </w:pPr>
            <w:r>
              <w:rPr>
                <w:sz w:val="18"/>
                <w:szCs w:val="18"/>
              </w:rPr>
              <w:t>SAMPLE-PLACE-0001 (sample)</w:t>
            </w:r>
          </w:p>
        </w:tc>
      </w:tr>
      <w:tr>
        <w:trPr>
          <w:cantSplit/>
        </w:trPr>
        <w:tc>
          <w:tcPr>
            <w:tcW w:type="dxa" w:w="4819"/>
          </w:tcPr>
          <w:p>
            <w:pPr>
              <w:spacing w:after="20" w:line="240" w:lineRule="auto"/>
            </w:pPr>
            <w:r>
              <w:rPr>
                <w:sz w:val="18"/>
                <w:szCs w:val="18"/>
              </w:rPr>
              <w:t>CID / FID</w:t>
            </w:r>
          </w:p>
        </w:tc>
        <w:tc>
          <w:tcPr>
            <w:tcW w:type="dxa" w:w="4819"/>
          </w:tcPr>
          <w:p>
            <w:pPr>
              <w:spacing w:after="20" w:line="240" w:lineRule="auto"/>
            </w:pPr>
            <w:r>
              <w:rPr>
                <w:sz w:val="18"/>
                <w:szCs w:val="18"/>
              </w:rPr>
              <w:t>0x0000sample:0x0000sample</w:t>
            </w:r>
          </w:p>
        </w:tc>
      </w:tr>
      <w:tr>
        <w:trPr>
          <w:cantSplit/>
        </w:trPr>
        <w:tc>
          <w:tcPr>
            <w:tcW w:type="dxa" w:w="4819"/>
          </w:tcPr>
          <w:p>
            <w:pPr>
              <w:spacing w:after="20" w:line="240" w:lineRule="auto"/>
            </w:pPr>
            <w:r>
              <w:rPr>
                <w:sz w:val="18"/>
                <w:szCs w:val="18"/>
              </w:rPr>
              <w:t>Address</w:t>
            </w:r>
          </w:p>
        </w:tc>
        <w:tc>
          <w:tcPr>
            <w:tcW w:type="dxa" w:w="4819"/>
          </w:tcPr>
          <w:p>
            <w:pPr>
              <w:spacing w:after="20" w:line="240" w:lineRule="auto"/>
            </w:pPr>
            <w:r>
              <w:rPr>
                <w:sz w:val="18"/>
                <w:szCs w:val="18"/>
              </w:rPr>
              <w:t>1480 Example Parkway, Suite 104, Columbus, OH 43215 (fictional)</w:t>
            </w:r>
          </w:p>
        </w:tc>
      </w:tr>
      <w:tr>
        <w:trPr>
          <w:cantSplit/>
        </w:trPr>
        <w:tc>
          <w:tcPr>
            <w:tcW w:type="dxa" w:w="4819"/>
          </w:tcPr>
          <w:p>
            <w:pPr>
              <w:spacing w:after="20" w:line="240" w:lineRule="auto"/>
            </w:pPr>
            <w:r>
              <w:rPr>
                <w:sz w:val="18"/>
                <w:szCs w:val="18"/>
              </w:rPr>
              <w:t>Category</w:t>
            </w:r>
          </w:p>
        </w:tc>
        <w:tc>
          <w:tcPr>
            <w:tcW w:type="dxa" w:w="4819"/>
          </w:tcPr>
          <w:p>
            <w:pPr>
              <w:spacing w:after="20" w:line="240" w:lineRule="auto"/>
            </w:pPr>
            <w:r>
              <w:rPr>
                <w:sz w:val="18"/>
                <w:szCs w:val="18"/>
              </w:rPr>
              <w:t>Auto repair shop (also Brake shop, Oil change service, Tire shop, Transmission shop)</w:t>
            </w:r>
          </w:p>
        </w:tc>
      </w:tr>
      <w:tr>
        <w:trPr>
          <w:cantSplit/>
        </w:trPr>
        <w:tc>
          <w:tcPr>
            <w:tcW w:type="dxa" w:w="4819"/>
          </w:tcPr>
          <w:p>
            <w:pPr>
              <w:spacing w:after="20" w:line="240" w:lineRule="auto"/>
            </w:pPr>
            <w:r>
              <w:rPr>
                <w:sz w:val="18"/>
                <w:szCs w:val="18"/>
              </w:rPr>
              <w:t>Maps link</w:t>
            </w:r>
          </w:p>
        </w:tc>
        <w:tc>
          <w:tcPr>
            <w:tcW w:type="dxa" w:w="4819"/>
          </w:tcPr>
          <w:p>
            <w:pPr>
              <w:spacing w:after="20" w:line="240" w:lineRule="auto"/>
            </w:pPr>
            <w:r>
              <w:rPr>
                <w:sz w:val="18"/>
                <w:szCs w:val="18"/>
              </w:rPr>
              <w:t>In a real report, the listing's Google Maps link</w:t>
            </w:r>
          </w:p>
        </w:tc>
      </w:tr>
      <w:tr>
        <w:trPr>
          <w:cantSplit/>
        </w:trPr>
        <w:tc>
          <w:tcPr>
            <w:tcW w:type="dxa" w:w="4819"/>
          </w:tcPr>
          <w:p>
            <w:pPr>
              <w:spacing w:after="20" w:line="240" w:lineRule="auto"/>
            </w:pPr>
            <w:r>
              <w:rPr>
                <w:sz w:val="18"/>
                <w:szCs w:val="18"/>
              </w:rPr>
              <w:t>Rating on 22 Sep 2026</w:t>
            </w:r>
          </w:p>
        </w:tc>
        <w:tc>
          <w:tcPr>
            <w:tcW w:type="dxa" w:w="4819"/>
          </w:tcPr>
          <w:p>
            <w:pPr>
              <w:spacing w:after="20" w:line="240" w:lineRule="auto"/>
            </w:pPr>
            <w:r>
              <w:rPr>
                <w:sz w:val="18"/>
                <w:szCs w:val="18"/>
              </w:rPr>
              <w:t>Displayed total: 1,176 reviews. Public collection recorded 1,177 review records: 1,155 five-star, 7 four-star, 1 three-star, 4 two-star and 10 one-star. See section 12.</w:t>
            </w:r>
          </w:p>
        </w:tc>
      </w:tr>
      <w:tr>
        <w:trPr>
          <w:cantSplit/>
        </w:trPr>
        <w:tc>
          <w:tcPr>
            <w:tcW w:type="dxa" w:w="4819"/>
          </w:tcPr>
          <w:p>
            <w:pPr>
              <w:spacing w:after="20" w:line="240" w:lineRule="auto"/>
            </w:pPr>
            <w:r>
              <w:rPr>
                <w:sz w:val="18"/>
                <w:szCs w:val="18"/>
              </w:rPr>
              <w:t>Period covered</w:t>
            </w:r>
          </w:p>
        </w:tc>
        <w:tc>
          <w:tcPr>
            <w:tcW w:type="dxa" w:w="4819"/>
          </w:tcPr>
          <w:p>
            <w:pPr>
              <w:spacing w:after="20" w:line="240" w:lineRule="auto"/>
            </w:pPr>
            <w:r>
              <w:rPr>
                <w:sz w:val="18"/>
                <w:szCs w:val="18"/>
              </w:rPr>
              <w:t>September 2021 to 22 September 2026, all public reviews on the listing</w:t>
            </w:r>
          </w:p>
        </w:tc>
      </w:tr>
      <w:tr>
        <w:trPr>
          <w:cantSplit/>
        </w:trPr>
        <w:tc>
          <w:tcPr>
            <w:tcW w:type="dxa" w:w="4819"/>
          </w:tcPr>
          <w:p>
            <w:pPr>
              <w:spacing w:after="20" w:line="240" w:lineRule="auto"/>
            </w:pPr>
            <w:r>
              <w:rPr>
                <w:sz w:val="18"/>
                <w:szCs w:val="18"/>
              </w:rPr>
              <w:t>Times</w:t>
            </w:r>
          </w:p>
        </w:tc>
        <w:tc>
          <w:tcPr>
            <w:tcW w:type="dxa" w:w="4819"/>
          </w:tcPr>
          <w:p>
            <w:pPr>
              <w:spacing w:after="20" w:line="240" w:lineRule="auto"/>
            </w:pPr>
            <w:r>
              <w:rPr>
                <w:sz w:val="18"/>
                <w:szCs w:val="18"/>
              </w:rPr>
              <w:t>Eastern Time (UTC−4 in summer, UTC−5 in winter)</w:t>
            </w:r>
          </w:p>
        </w:tc>
      </w:tr>
    </w:tbl>
    <w:p>
      <w:pPr>
        <w:pStyle w:val="Heading2"/>
      </w:pPr>
      <w:r>
        <w:rPr/>
        <w:t>1. Executive summary and requested review</w:t>
      </w:r>
    </w:p>
    <w:p>
      <w:r>
        <w:rPr/>
        <w:t>This report organizes four evidence sets for Google's review. In a real report each set links every review and account to its own Google Maps page. The request is for an internal investigation, not an automatic adverse finding against the business or any reviewer.</w:t>
      </w:r>
    </w:p>
    <w:tbl>
      <w:tblPr>
        <w:tblStyle w:val="TableGrid"/>
        <w:tblW w:type="pct" w:w="5000"/>
        <w:tblLook w:firstColumn="1" w:firstRow="1" w:lastColumn="0" w:lastRow="0" w:noHBand="0" w:noVBand="1" w:val="04A0"/>
      </w:tblPr>
      <w:tblGrid>
        <w:gridCol w:w="2409"/>
        <w:gridCol w:w="2409"/>
        <w:gridCol w:w="2409"/>
        <w:gridCol w:w="2409"/>
      </w:tblGrid>
      <w:tr>
        <w:trPr>
          <w:cantSplit/>
          <w:tblHeader/>
        </w:trPr>
        <w:tc>
          <w:tcPr>
            <w:tcW w:type="dxa" w:w="2409"/>
            <w:shd w:val="clear" w:color="auto" w:fill="F2F4F8"/>
          </w:tcPr>
          <w:p>
            <w:pPr>
              <w:spacing w:after="20" w:line="240" w:lineRule="auto"/>
            </w:pPr>
            <w:r>
              <w:rPr>
                <w:b/>
                <w:bCs/>
                <w:caps/>
                <w:sz w:val="18"/>
                <w:szCs w:val="18"/>
              </w:rPr>
              <w:t>Evidence set</w:t>
            </w:r>
          </w:p>
        </w:tc>
        <w:tc>
          <w:tcPr>
            <w:tcW w:type="dxa" w:w="2409"/>
            <w:shd w:val="clear" w:color="auto" w:fill="F2F4F8"/>
          </w:tcPr>
          <w:p>
            <w:pPr>
              <w:spacing w:after="20" w:line="240" w:lineRule="auto"/>
            </w:pPr>
            <w:r>
              <w:rPr>
                <w:b/>
                <w:bCs/>
                <w:caps/>
                <w:sz w:val="18"/>
                <w:szCs w:val="18"/>
              </w:rPr>
              <w:t>Publicly observed evidence</w:t>
            </w:r>
          </w:p>
        </w:tc>
        <w:tc>
          <w:tcPr>
            <w:tcW w:type="dxa" w:w="2409"/>
            <w:shd w:val="clear" w:color="auto" w:fill="F2F4F8"/>
          </w:tcPr>
          <w:p>
            <w:pPr>
              <w:spacing w:after="20" w:line="240" w:lineRule="auto"/>
            </w:pPr>
            <w:r>
              <w:rPr>
                <w:b/>
                <w:bCs/>
                <w:caps/>
                <w:sz w:val="18"/>
                <w:szCs w:val="18"/>
              </w:rPr>
              <w:t>Relevant policy question</w:t>
            </w:r>
          </w:p>
        </w:tc>
        <w:tc>
          <w:tcPr>
            <w:tcW w:type="dxa" w:w="2409"/>
            <w:shd w:val="clear" w:color="auto" w:fill="F2F4F8"/>
          </w:tcPr>
          <w:p>
            <w:pPr>
              <w:spacing w:after="20" w:line="240" w:lineRule="auto"/>
            </w:pPr>
            <w:r>
              <w:rPr>
                <w:b/>
                <w:bCs/>
                <w:caps/>
                <w:sz w:val="18"/>
                <w:szCs w:val="18"/>
              </w:rPr>
              <w:t>Location</w:t>
            </w:r>
          </w:p>
        </w:tc>
      </w:tr>
      <w:tr>
        <w:trPr>
          <w:cantSplit/>
        </w:trPr>
        <w:tc>
          <w:tcPr>
            <w:tcW w:type="dxa" w:w="2409"/>
          </w:tcPr>
          <w:p>
            <w:pPr>
              <w:spacing w:after="20" w:line="240" w:lineRule="auto"/>
            </w:pPr>
            <w:r>
              <w:rPr>
                <w:sz w:val="18"/>
                <w:szCs w:val="18"/>
              </w:rPr>
              <w:t>A</w:t>
            </w:r>
          </w:p>
        </w:tc>
        <w:tc>
          <w:tcPr>
            <w:tcW w:type="dxa" w:w="2409"/>
          </w:tcPr>
          <w:p>
            <w:pPr>
              <w:spacing w:after="20" w:line="240" w:lineRule="auto"/>
            </w:pPr>
            <w:r>
              <w:rPr>
                <w:sz w:val="18"/>
                <w:szCs w:val="18"/>
              </w:rPr>
              <w:t>Thirteen of the fifteen reviews rated three stars or below received a substantially repeated business reply calling the review a “FAKE REVIEW”, asking for it to be deleted, and warning of “STRICT LEGAL &amp; POLICE ACTION”.</w:t>
            </w:r>
          </w:p>
        </w:tc>
        <w:tc>
          <w:tcPr>
            <w:tcW w:type="dxa" w:w="2409"/>
          </w:tcPr>
          <w:p>
            <w:pPr>
              <w:spacing w:after="20" w:line="240" w:lineRule="auto"/>
            </w:pPr>
            <w:r>
              <w:rPr>
                <w:sz w:val="18"/>
                <w:szCs w:val="18"/>
              </w:rPr>
              <w:t>Whether the repeated reply discourages negative reviews, or contains attacks or unsupported allegations, under Rating manipulation and Offensive content.</w:t>
            </w:r>
          </w:p>
        </w:tc>
        <w:tc>
          <w:tcPr>
            <w:tcW w:type="dxa" w:w="2409"/>
          </w:tcPr>
          <w:p>
            <w:pPr>
              <w:spacing w:after="20" w:line="240" w:lineRule="auto"/>
            </w:pPr>
            <w:r>
              <w:rPr>
                <w:sz w:val="18"/>
                <w:szCs w:val="18"/>
              </w:rPr>
              <w:t>Section 2, 15 rows</w:t>
            </w:r>
          </w:p>
        </w:tc>
      </w:tr>
      <w:tr>
        <w:trPr>
          <w:cantSplit/>
        </w:trPr>
        <w:tc>
          <w:tcPr>
            <w:tcW w:type="dxa" w:w="2409"/>
          </w:tcPr>
          <w:p>
            <w:pPr>
              <w:spacing w:after="20" w:line="240" w:lineRule="auto"/>
            </w:pPr>
            <w:r>
              <w:rPr>
                <w:sz w:val="18"/>
                <w:szCs w:val="18"/>
              </w:rPr>
              <w:t>B</w:t>
            </w:r>
          </w:p>
        </w:tc>
        <w:tc>
          <w:tcPr>
            <w:tcW w:type="dxa" w:w="2409"/>
          </w:tcPr>
          <w:p>
            <w:pPr>
              <w:spacing w:after="20" w:line="240" w:lineRule="auto"/>
            </w:pPr>
            <w:r>
              <w:rPr>
                <w:sz w:val="18"/>
                <w:szCs w:val="18"/>
              </w:rPr>
              <w:t>Six accounts gave five stars to the shop and a day spa in the same plaza within 21 to 90 seconds on three dates. Fourteen reviewed both businesses.</w:t>
            </w:r>
          </w:p>
        </w:tc>
        <w:tc>
          <w:tcPr>
            <w:tcW w:type="dxa" w:w="2409"/>
          </w:tcPr>
          <w:p>
            <w:pPr>
              <w:spacing w:after="20" w:line="240" w:lineRule="auto"/>
            </w:pPr>
            <w:r>
              <w:rPr>
                <w:sz w:val="18"/>
                <w:szCs w:val="18"/>
              </w:rPr>
              <w:t>Whether non-public signals show content posted from multiple accounts by or at the request of one person. Public timing alone does not establish common control.</w:t>
            </w:r>
          </w:p>
        </w:tc>
        <w:tc>
          <w:tcPr>
            <w:tcW w:type="dxa" w:w="2409"/>
          </w:tcPr>
          <w:p>
            <w:pPr>
              <w:spacing w:after="20" w:line="240" w:lineRule="auto"/>
            </w:pPr>
            <w:r>
              <w:rPr>
                <w:sz w:val="18"/>
                <w:szCs w:val="18"/>
              </w:rPr>
              <w:t>Section 3, 14 rows</w:t>
            </w:r>
          </w:p>
        </w:tc>
      </w:tr>
      <w:tr>
        <w:trPr>
          <w:cantSplit/>
        </w:trPr>
        <w:tc>
          <w:tcPr>
            <w:tcW w:type="dxa" w:w="2409"/>
          </w:tcPr>
          <w:p>
            <w:pPr>
              <w:spacing w:after="20" w:line="240" w:lineRule="auto"/>
            </w:pPr>
            <w:r>
              <w:rPr>
                <w:sz w:val="18"/>
                <w:szCs w:val="18"/>
              </w:rPr>
              <w:t>C</w:t>
            </w:r>
          </w:p>
        </w:tc>
        <w:tc>
          <w:tcPr>
            <w:tcW w:type="dxa" w:w="2409"/>
          </w:tcPr>
          <w:p>
            <w:pPr>
              <w:spacing w:after="20" w:line="240" w:lineRule="auto"/>
            </w:pPr>
            <w:r>
              <w:rPr>
                <w:sz w:val="18"/>
                <w:szCs w:val="18"/>
              </w:rPr>
              <w:t>Three pairs of accounts used identical review text. One pair posted 18 minutes apart.</w:t>
            </w:r>
          </w:p>
        </w:tc>
        <w:tc>
          <w:tcPr>
            <w:tcW w:type="dxa" w:w="2409"/>
          </w:tcPr>
          <w:p>
            <w:pPr>
              <w:spacing w:after="20" w:line="240" w:lineRule="auto"/>
            </w:pPr>
            <w:r>
              <w:rPr>
                <w:sz w:val="18"/>
                <w:szCs w:val="18"/>
              </w:rPr>
              <w:t>Repetitive content rules bar the same content from being posted through multiple accounts. Google can also assess Fake engagement.</w:t>
            </w:r>
          </w:p>
        </w:tc>
        <w:tc>
          <w:tcPr>
            <w:tcW w:type="dxa" w:w="2409"/>
          </w:tcPr>
          <w:p>
            <w:pPr>
              <w:spacing w:after="20" w:line="240" w:lineRule="auto"/>
            </w:pPr>
            <w:r>
              <w:rPr>
                <w:sz w:val="18"/>
                <w:szCs w:val="18"/>
              </w:rPr>
              <w:t>Section 4, 3 pairs</w:t>
            </w:r>
          </w:p>
        </w:tc>
      </w:tr>
      <w:tr>
        <w:trPr>
          <w:cantSplit/>
        </w:trPr>
        <w:tc>
          <w:tcPr>
            <w:tcW w:type="dxa" w:w="2409"/>
          </w:tcPr>
          <w:p>
            <w:pPr>
              <w:spacing w:after="20" w:line="240" w:lineRule="auto"/>
            </w:pPr>
            <w:r>
              <w:rPr>
                <w:sz w:val="18"/>
                <w:szCs w:val="18"/>
              </w:rPr>
              <w:t>D</w:t>
            </w:r>
          </w:p>
        </w:tc>
        <w:tc>
          <w:tcPr>
            <w:tcW w:type="dxa" w:w="2409"/>
          </w:tcPr>
          <w:p>
            <w:pPr>
              <w:spacing w:after="20" w:line="240" w:lineRule="auto"/>
            </w:pPr>
            <w:r>
              <w:rPr>
                <w:sz w:val="18"/>
                <w:szCs w:val="18"/>
              </w:rPr>
              <w:t>An auto-parts supplier's business account gave the shop a five-star rating and has no other public contribution.</w:t>
            </w:r>
          </w:p>
        </w:tc>
        <w:tc>
          <w:tcPr>
            <w:tcW w:type="dxa" w:w="2409"/>
          </w:tcPr>
          <w:p>
            <w:pPr>
              <w:spacing w:after="20" w:line="240" w:lineRule="auto"/>
            </w:pPr>
            <w:r>
              <w:rPr>
                <w:sz w:val="18"/>
                <w:szCs w:val="18"/>
              </w:rPr>
              <w:t>Whether a professional affiliation creates a conflict of interest. The public record does not establish a relationship.</w:t>
            </w:r>
          </w:p>
        </w:tc>
        <w:tc>
          <w:tcPr>
            <w:tcW w:type="dxa" w:w="2409"/>
          </w:tcPr>
          <w:p>
            <w:pPr>
              <w:spacing w:after="20" w:line="240" w:lineRule="auto"/>
            </w:pPr>
            <w:r>
              <w:rPr>
                <w:sz w:val="18"/>
                <w:szCs w:val="18"/>
              </w:rPr>
              <w:t>Section 5, 1 account</w:t>
            </w:r>
          </w:p>
        </w:tc>
      </w:tr>
    </w:tbl>
    <w:p>
      <w:r>
        <w:rPr/>
        <w:t>The strongest public evidence is identical review text posted by different accounts, and the business's repeated reply calling critical reviews a “FAKE REVIEW” and asking the reviewers to delete them. Cross-business timing, review bursts, account history, edited timestamps and items no longer visible are context. None of them is treated as standalone proof.</w:t>
      </w:r>
    </w:p>
    <w:p>
      <w:r>
        <w:rPr>
          <w:b/>
          <w:bCs/>
        </w:rPr>
        <w:t>What this report cannot show.</w:t>
      </w:r>
      <w:r>
        <w:rPr/>
        <w:t xml:space="preserve"> Public review data does not establish who wrote a review, who owns an account, whether anyone paid for or asked for a review, or why. Those need records only Google or the account holders have. Google decides on anything filed.</w:t>
      </w:r>
    </w:p>
    <w:p>
      <w:pPr>
        <w:pStyle w:val="Heading2"/>
      </w:pPr>
      <w:r>
        <w:rPr/>
        <w:t>2. Evidence set A: business replies to critical reviews</w:t>
      </w:r>
    </w:p>
    <w:p>
      <w:r>
        <w:rPr/>
        <w:t>The listing has fifteen reviews rated three stars or below, and the business replied to all fifteen. Thirteen replies use substantially the same wording: the reviewer is not in the shop's records, the review is a “FAKE REVIEW” “done by some nearby competitor”, the reviewer should delete it, and "STRICT LEGAL &amp; POLICE ACTION" will follow. The wording appears from 1 December 2022 through 7 September 2026, including replies to established accounts describing specific repairs. Only two critical reviews received an ordinary reply. The policy concern is the repeated demand to delete negative reviews and the unsupported characterization of reviewers, not the fact that the business disagreed with them.</w:t>
      </w:r>
    </w:p>
    <w:p>
      <w:r>
        <w:rPr/>
        <w:t>Two critical reviews were later edited by their authors. Samantha Reed's review now has no text, although the business reply addresses a walk-in complaint. Scott Dawson's review now ends "This is a genuine review." The sequence is context; the public record does not establish why either reviewer edited the post.</w:t>
      </w:r>
    </w:p>
    <w:p>
      <w:r>
        <w:rPr/>
        <w:t>The standard reply, as posted on 13 September 2024 and repeated with minor changes afterwards:</w:t>
      </w:r>
    </w:p>
    <w:p>
      <w:pPr>
        <w:pBdr>
          <w:left w:val="single" w:sz="18" w:space="8" w:color="1D4F91"/>
        </w:pBdr>
        <w:ind w:left="454"/>
      </w:pPr>
      <w:r>
        <w:rPr>
          <w:i/>
          <w:iCs/>
        </w:rPr>
        <w:t>“We have checked our customer records and have FOUND NO CUSTOMER by the name specified above. This is a FAKE REVIEW done by some nearby competitor. So kindly delete this at earliest. STRICT LEGAL &amp; POLICE ACTION IS ALREADY TAKEN.”</w:t>
      </w:r>
    </w:p>
    <w:p>
      <w:r>
        <w:rPr/>
        <w:t>Review text and replies are quoted as posted, including spelling. "Standard reply" in the last column means the text above, with minor changes.</w:t>
      </w:r>
    </w:p>
    <w:tbl>
      <w:tblPr>
        <w:tblStyle w:val="TableGrid"/>
        <w:tblW w:type="pct" w:w="5000"/>
        <w:tblLook w:firstColumn="1" w:firstRow="1" w:lastColumn="0" w:lastRow="0" w:noHBand="0" w:noVBand="1" w:val="04A0"/>
      </w:tblPr>
      <w:tblGrid>
        <w:gridCol w:w="1205"/>
        <w:gridCol w:w="1205"/>
        <w:gridCol w:w="1205"/>
        <w:gridCol w:w="1205"/>
        <w:gridCol w:w="1205"/>
        <w:gridCol w:w="1205"/>
        <w:gridCol w:w="1205"/>
        <w:gridCol w:w="1205"/>
      </w:tblGrid>
      <w:tr>
        <w:trPr>
          <w:cantSplit/>
          <w:tblHeader/>
        </w:trPr>
        <w:tc>
          <w:tcPr>
            <w:tcW w:type="dxa" w:w="1205"/>
            <w:shd w:val="clear" w:color="auto" w:fill="F2F4F8"/>
          </w:tcPr>
          <w:p>
            <w:pPr>
              <w:spacing w:after="20" w:line="240" w:lineRule="auto"/>
            </w:pPr>
            <w:r>
              <w:rPr>
                <w:b/>
                <w:bCs/>
                <w:caps/>
                <w:sz w:val="18"/>
                <w:szCs w:val="18"/>
              </w:rPr>
              <w:t>#</w:t>
            </w:r>
          </w:p>
        </w:tc>
        <w:tc>
          <w:tcPr>
            <w:tcW w:type="dxa" w:w="1205"/>
            <w:shd w:val="clear" w:color="auto" w:fill="F2F4F8"/>
          </w:tcPr>
          <w:p>
            <w:pPr>
              <w:spacing w:after="20" w:line="240" w:lineRule="auto"/>
            </w:pPr>
            <w:r>
              <w:rPr>
                <w:b/>
                <w:bCs/>
                <w:caps/>
                <w:sz w:val="18"/>
                <w:szCs w:val="18"/>
              </w:rPr>
              <w:t>Review date</w:t>
            </w:r>
          </w:p>
        </w:tc>
        <w:tc>
          <w:tcPr>
            <w:tcW w:type="dxa" w:w="1205"/>
            <w:shd w:val="clear" w:color="auto" w:fill="F2F4F8"/>
          </w:tcPr>
          <w:p>
            <w:pPr>
              <w:spacing w:after="20" w:line="240" w:lineRule="auto"/>
            </w:pPr>
            <w:r>
              <w:rPr>
                <w:b/>
                <w:bCs/>
                <w:caps/>
                <w:sz w:val="18"/>
                <w:szCs w:val="18"/>
              </w:rPr>
              <w:t>★</w:t>
            </w:r>
          </w:p>
        </w:tc>
        <w:tc>
          <w:tcPr>
            <w:tcW w:type="dxa" w:w="1205"/>
            <w:shd w:val="clear" w:color="auto" w:fill="F2F4F8"/>
          </w:tcPr>
          <w:p>
            <w:pPr>
              <w:spacing w:after="20" w:line="240" w:lineRule="auto"/>
            </w:pPr>
            <w:r>
              <w:rPr>
                <w:b/>
                <w:bCs/>
                <w:caps/>
                <w:sz w:val="18"/>
                <w:szCs w:val="18"/>
              </w:rPr>
              <w:t>Reviewer</w:t>
            </w:r>
          </w:p>
        </w:tc>
        <w:tc>
          <w:tcPr>
            <w:tcW w:type="dxa" w:w="1205"/>
            <w:shd w:val="clear" w:color="auto" w:fill="F2F4F8"/>
          </w:tcPr>
          <w:p>
            <w:pPr>
              <w:spacing w:after="20" w:line="240" w:lineRule="auto"/>
            </w:pPr>
            <w:r>
              <w:rPr>
                <w:b/>
                <w:bCs/>
                <w:caps/>
                <w:sz w:val="18"/>
                <w:szCs w:val="18"/>
              </w:rPr>
              <w:t>Their reviews</w:t>
            </w:r>
          </w:p>
        </w:tc>
        <w:tc>
          <w:tcPr>
            <w:tcW w:type="dxa" w:w="1205"/>
            <w:shd w:val="clear" w:color="auto" w:fill="F2F4F8"/>
          </w:tcPr>
          <w:p>
            <w:pPr>
              <w:spacing w:after="20" w:line="240" w:lineRule="auto"/>
            </w:pPr>
            <w:r>
              <w:rPr>
                <w:b/>
                <w:bCs/>
                <w:caps/>
                <w:sz w:val="18"/>
                <w:szCs w:val="18"/>
              </w:rPr>
              <w:t>Review text</w:t>
            </w:r>
          </w:p>
        </w:tc>
        <w:tc>
          <w:tcPr>
            <w:tcW w:type="dxa" w:w="1205"/>
            <w:shd w:val="clear" w:color="auto" w:fill="F2F4F8"/>
          </w:tcPr>
          <w:p>
            <w:pPr>
              <w:spacing w:after="20" w:line="240" w:lineRule="auto"/>
            </w:pPr>
            <w:r>
              <w:rPr>
                <w:b/>
                <w:bCs/>
                <w:caps/>
                <w:sz w:val="18"/>
                <w:szCs w:val="18"/>
              </w:rPr>
              <w:t>Reply date</w:t>
            </w:r>
          </w:p>
        </w:tc>
        <w:tc>
          <w:tcPr>
            <w:tcW w:type="dxa" w:w="1205"/>
            <w:shd w:val="clear" w:color="auto" w:fill="F2F4F8"/>
          </w:tcPr>
          <w:p>
            <w:pPr>
              <w:spacing w:after="20" w:line="240" w:lineRule="auto"/>
            </w:pPr>
            <w:r>
              <w:rPr>
                <w:b/>
                <w:bCs/>
                <w:caps/>
                <w:sz w:val="18"/>
                <w:szCs w:val="18"/>
              </w:rPr>
              <w:t>Business reply</w:t>
            </w:r>
          </w:p>
        </w:tc>
      </w:tr>
      <w:tr>
        <w:trPr>
          <w:cantSplit/>
        </w:trPr>
        <w:tc>
          <w:tcPr>
            <w:tcW w:type="dxa" w:w="1205"/>
          </w:tcPr>
          <w:p>
            <w:pPr>
              <w:spacing w:after="20" w:line="240" w:lineRule="auto"/>
            </w:pPr>
            <w:r>
              <w:rPr>
                <w:sz w:val="18"/>
                <w:szCs w:val="18"/>
              </w:rPr>
              <w:t>1</w:t>
            </w:r>
          </w:p>
        </w:tc>
        <w:tc>
          <w:tcPr>
            <w:tcW w:type="dxa" w:w="1205"/>
          </w:tcPr>
          <w:p>
            <w:pPr>
              <w:spacing w:after="20" w:line="240" w:lineRule="auto"/>
            </w:pPr>
            <w:r>
              <w:rPr>
                <w:sz w:val="18"/>
                <w:szCs w:val="18"/>
              </w:rPr>
              <w:t>01 Dec 2022</w:t>
            </w:r>
          </w:p>
        </w:tc>
        <w:tc>
          <w:tcPr>
            <w:tcW w:type="dxa" w:w="1205"/>
          </w:tcPr>
          <w:p>
            <w:pPr>
              <w:spacing w:after="20" w:line="240" w:lineRule="auto"/>
            </w:pPr>
            <w:r>
              <w:rPr>
                <w:sz w:val="18"/>
                <w:szCs w:val="18"/>
              </w:rPr>
              <w:t>1</w:t>
            </w:r>
          </w:p>
        </w:tc>
        <w:tc>
          <w:tcPr>
            <w:tcW w:type="dxa" w:w="1205"/>
          </w:tcPr>
          <w:p>
            <w:pPr>
              <w:spacing w:after="20" w:line="240" w:lineRule="auto"/>
            </w:pPr>
            <w:r>
              <w:rPr>
                <w:sz w:val="18"/>
                <w:szCs w:val="18"/>
              </w:rPr>
              <w:t>Jake Morrison</w:t>
            </w:r>
          </w:p>
        </w:tc>
        <w:tc>
          <w:tcPr>
            <w:tcW w:type="dxa" w:w="1205"/>
          </w:tcPr>
          <w:p>
            <w:pPr>
              <w:spacing w:after="20" w:line="240" w:lineRule="auto"/>
            </w:pPr>
            <w:r>
              <w:rPr>
                <w:sz w:val="18"/>
                <w:szCs w:val="18"/>
              </w:rPr>
              <w:t>0</w:t>
            </w:r>
          </w:p>
        </w:tc>
        <w:tc>
          <w:tcPr>
            <w:tcW w:type="dxa" w:w="1205"/>
          </w:tcPr>
          <w:p>
            <w:pPr>
              <w:spacing w:after="20" w:line="240" w:lineRule="auto"/>
            </w:pPr>
            <w:r>
              <w:rPr>
                <w:sz w:val="18"/>
                <w:szCs w:val="18"/>
              </w:rPr>
              <w:t>(rating only)</w:t>
            </w:r>
          </w:p>
        </w:tc>
        <w:tc>
          <w:tcPr>
            <w:tcW w:type="dxa" w:w="1205"/>
          </w:tcPr>
          <w:p>
            <w:pPr>
              <w:spacing w:after="20" w:line="240" w:lineRule="auto"/>
            </w:pPr>
            <w:r>
              <w:rPr>
                <w:sz w:val="18"/>
                <w:szCs w:val="18"/>
              </w:rPr>
              <w:t>01 Dec 2022</w:t>
            </w:r>
          </w:p>
        </w:tc>
        <w:tc>
          <w:tcPr>
            <w:tcW w:type="dxa" w:w="1205"/>
          </w:tcPr>
          <w:p>
            <w:pPr>
              <w:spacing w:after="20" w:line="240" w:lineRule="auto"/>
            </w:pPr>
            <w:r>
              <w:rPr>
                <w:sz w:val="18"/>
                <w:szCs w:val="18"/>
              </w:rPr>
              <w:t>Standard reply</w:t>
            </w:r>
          </w:p>
        </w:tc>
      </w:tr>
      <w:tr>
        <w:trPr>
          <w:cantSplit/>
        </w:trPr>
        <w:tc>
          <w:tcPr>
            <w:tcW w:type="dxa" w:w="1205"/>
          </w:tcPr>
          <w:p>
            <w:pPr>
              <w:spacing w:after="20" w:line="240" w:lineRule="auto"/>
            </w:pPr>
            <w:r>
              <w:rPr>
                <w:sz w:val="18"/>
                <w:szCs w:val="18"/>
              </w:rPr>
              <w:t>2</w:t>
            </w:r>
          </w:p>
        </w:tc>
        <w:tc>
          <w:tcPr>
            <w:tcW w:type="dxa" w:w="1205"/>
          </w:tcPr>
          <w:p>
            <w:pPr>
              <w:spacing w:after="20" w:line="240" w:lineRule="auto"/>
            </w:pPr>
            <w:r>
              <w:rPr>
                <w:sz w:val="18"/>
                <w:szCs w:val="18"/>
              </w:rPr>
              <w:t>09 Apr 2023</w:t>
            </w:r>
          </w:p>
        </w:tc>
        <w:tc>
          <w:tcPr>
            <w:tcW w:type="dxa" w:w="1205"/>
          </w:tcPr>
          <w:p>
            <w:pPr>
              <w:spacing w:after="20" w:line="240" w:lineRule="auto"/>
            </w:pPr>
            <w:r>
              <w:rPr>
                <w:sz w:val="18"/>
                <w:szCs w:val="18"/>
              </w:rPr>
              <w:t>1</w:t>
            </w:r>
          </w:p>
        </w:tc>
        <w:tc>
          <w:tcPr>
            <w:tcW w:type="dxa" w:w="1205"/>
          </w:tcPr>
          <w:p>
            <w:pPr>
              <w:spacing w:after="20" w:line="240" w:lineRule="auto"/>
            </w:pPr>
            <w:r>
              <w:rPr>
                <w:sz w:val="18"/>
                <w:szCs w:val="18"/>
              </w:rPr>
              <w:t>Brittany Cole</w:t>
            </w:r>
          </w:p>
        </w:tc>
        <w:tc>
          <w:tcPr>
            <w:tcW w:type="dxa" w:w="1205"/>
          </w:tcPr>
          <w:p>
            <w:pPr>
              <w:spacing w:after="20" w:line="240" w:lineRule="auto"/>
            </w:pPr>
            <w:r>
              <w:rPr>
                <w:sz w:val="18"/>
                <w:szCs w:val="18"/>
              </w:rPr>
              <w:t>1</w:t>
            </w:r>
          </w:p>
        </w:tc>
        <w:tc>
          <w:tcPr>
            <w:tcW w:type="dxa" w:w="1205"/>
          </w:tcPr>
          <w:p>
            <w:pPr>
              <w:spacing w:after="20" w:line="240" w:lineRule="auto"/>
            </w:pPr>
            <w:r>
              <w:rPr>
                <w:sz w:val="18"/>
                <w:szCs w:val="18"/>
              </w:rPr>
              <w:t>Bad experience 😞😞</w:t>
            </w:r>
          </w:p>
        </w:tc>
        <w:tc>
          <w:tcPr>
            <w:tcW w:type="dxa" w:w="1205"/>
          </w:tcPr>
          <w:p>
            <w:pPr>
              <w:spacing w:after="20" w:line="240" w:lineRule="auto"/>
            </w:pPr>
            <w:r>
              <w:rPr>
                <w:sz w:val="18"/>
                <w:szCs w:val="18"/>
              </w:rPr>
              <w:t>09 Apr 2023</w:t>
            </w:r>
          </w:p>
        </w:tc>
        <w:tc>
          <w:tcPr>
            <w:tcW w:type="dxa" w:w="1205"/>
          </w:tcPr>
          <w:p>
            <w:pPr>
              <w:spacing w:after="20" w:line="240" w:lineRule="auto"/>
            </w:pPr>
            <w:r>
              <w:rPr>
                <w:sz w:val="18"/>
                <w:szCs w:val="18"/>
              </w:rPr>
              <w:t>Standard reply</w:t>
            </w:r>
          </w:p>
        </w:tc>
      </w:tr>
      <w:tr>
        <w:trPr>
          <w:cantSplit/>
        </w:trPr>
        <w:tc>
          <w:tcPr>
            <w:tcW w:type="dxa" w:w="1205"/>
          </w:tcPr>
          <w:p>
            <w:pPr>
              <w:spacing w:after="20" w:line="240" w:lineRule="auto"/>
            </w:pPr>
            <w:r>
              <w:rPr>
                <w:sz w:val="18"/>
                <w:szCs w:val="18"/>
              </w:rPr>
              <w:t>3</w:t>
            </w:r>
          </w:p>
        </w:tc>
        <w:tc>
          <w:tcPr>
            <w:tcW w:type="dxa" w:w="1205"/>
          </w:tcPr>
          <w:p>
            <w:pPr>
              <w:spacing w:after="20" w:line="240" w:lineRule="auto"/>
            </w:pPr>
            <w:r>
              <w:rPr>
                <w:sz w:val="18"/>
                <w:szCs w:val="18"/>
              </w:rPr>
              <w:t>09 Sep 2024</w:t>
            </w:r>
          </w:p>
        </w:tc>
        <w:tc>
          <w:tcPr>
            <w:tcW w:type="dxa" w:w="1205"/>
          </w:tcPr>
          <w:p>
            <w:pPr>
              <w:spacing w:after="20" w:line="240" w:lineRule="auto"/>
            </w:pPr>
            <w:r>
              <w:rPr>
                <w:sz w:val="18"/>
                <w:szCs w:val="18"/>
              </w:rPr>
              <w:t>1</w:t>
            </w:r>
          </w:p>
        </w:tc>
        <w:tc>
          <w:tcPr>
            <w:tcW w:type="dxa" w:w="1205"/>
          </w:tcPr>
          <w:p>
            <w:pPr>
              <w:spacing w:after="20" w:line="240" w:lineRule="auto"/>
            </w:pPr>
            <w:r>
              <w:rPr>
                <w:sz w:val="18"/>
                <w:szCs w:val="18"/>
              </w:rPr>
              <w:t>Tyler Brooks</w:t>
            </w:r>
          </w:p>
        </w:tc>
        <w:tc>
          <w:tcPr>
            <w:tcW w:type="dxa" w:w="1205"/>
          </w:tcPr>
          <w:p>
            <w:pPr>
              <w:spacing w:after="20" w:line="240" w:lineRule="auto"/>
            </w:pPr>
            <w:r>
              <w:rPr>
                <w:sz w:val="18"/>
                <w:szCs w:val="18"/>
              </w:rPr>
              <w:t>0</w:t>
            </w:r>
          </w:p>
        </w:tc>
        <w:tc>
          <w:tcPr>
            <w:tcW w:type="dxa" w:w="1205"/>
          </w:tcPr>
          <w:p>
            <w:pPr>
              <w:spacing w:after="20" w:line="240" w:lineRule="auto"/>
            </w:pPr>
            <w:r>
              <w:rPr>
                <w:sz w:val="18"/>
                <w:szCs w:val="18"/>
              </w:rPr>
              <w:t>(rating only)</w:t>
            </w:r>
          </w:p>
        </w:tc>
        <w:tc>
          <w:tcPr>
            <w:tcW w:type="dxa" w:w="1205"/>
          </w:tcPr>
          <w:p>
            <w:pPr>
              <w:spacing w:after="20" w:line="240" w:lineRule="auto"/>
            </w:pPr>
            <w:r>
              <w:rPr>
                <w:sz w:val="18"/>
                <w:szCs w:val="18"/>
              </w:rPr>
              <w:t>09 Sep 2024</w:t>
            </w:r>
          </w:p>
        </w:tc>
        <w:tc>
          <w:tcPr>
            <w:tcW w:type="dxa" w:w="1205"/>
          </w:tcPr>
          <w:p>
            <w:pPr>
              <w:spacing w:after="20" w:line="240" w:lineRule="auto"/>
            </w:pPr>
            <w:r>
              <w:rPr>
                <w:sz w:val="18"/>
                <w:szCs w:val="18"/>
              </w:rPr>
              <w:t>Standard reply</w:t>
            </w:r>
          </w:p>
        </w:tc>
      </w:tr>
      <w:tr>
        <w:trPr>
          <w:cantSplit/>
        </w:trPr>
        <w:tc>
          <w:tcPr>
            <w:tcW w:type="dxa" w:w="1205"/>
          </w:tcPr>
          <w:p>
            <w:pPr>
              <w:spacing w:after="20" w:line="240" w:lineRule="auto"/>
            </w:pPr>
            <w:r>
              <w:rPr>
                <w:sz w:val="18"/>
                <w:szCs w:val="18"/>
              </w:rPr>
              <w:t>4</w:t>
            </w:r>
          </w:p>
        </w:tc>
        <w:tc>
          <w:tcPr>
            <w:tcW w:type="dxa" w:w="1205"/>
          </w:tcPr>
          <w:p>
            <w:pPr>
              <w:spacing w:after="20" w:line="240" w:lineRule="auto"/>
            </w:pPr>
            <w:r>
              <w:rPr>
                <w:sz w:val="18"/>
                <w:szCs w:val="18"/>
              </w:rPr>
              <w:t>13 Sep 2024</w:t>
            </w:r>
          </w:p>
        </w:tc>
        <w:tc>
          <w:tcPr>
            <w:tcW w:type="dxa" w:w="1205"/>
          </w:tcPr>
          <w:p>
            <w:pPr>
              <w:spacing w:after="20" w:line="240" w:lineRule="auto"/>
            </w:pPr>
            <w:r>
              <w:rPr>
                <w:sz w:val="18"/>
                <w:szCs w:val="18"/>
              </w:rPr>
              <w:t>1</w:t>
            </w:r>
          </w:p>
        </w:tc>
        <w:tc>
          <w:tcPr>
            <w:tcW w:type="dxa" w:w="1205"/>
          </w:tcPr>
          <w:p>
            <w:pPr>
              <w:spacing w:after="20" w:line="240" w:lineRule="auto"/>
            </w:pPr>
            <w:r>
              <w:rPr>
                <w:sz w:val="18"/>
                <w:szCs w:val="18"/>
              </w:rPr>
              <w:t>Kevin Walsh</w:t>
            </w:r>
          </w:p>
        </w:tc>
        <w:tc>
          <w:tcPr>
            <w:tcW w:type="dxa" w:w="1205"/>
          </w:tcPr>
          <w:p>
            <w:pPr>
              <w:spacing w:after="20" w:line="240" w:lineRule="auto"/>
            </w:pPr>
            <w:r>
              <w:rPr>
                <w:sz w:val="18"/>
                <w:szCs w:val="18"/>
              </w:rPr>
              <w:t>0</w:t>
            </w:r>
          </w:p>
        </w:tc>
        <w:tc>
          <w:tcPr>
            <w:tcW w:type="dxa" w:w="1205"/>
          </w:tcPr>
          <w:p>
            <w:pPr>
              <w:spacing w:after="20" w:line="240" w:lineRule="auto"/>
            </w:pPr>
            <w:r>
              <w:rPr>
                <w:sz w:val="18"/>
                <w:szCs w:val="18"/>
              </w:rPr>
              <w:t>(rating only)</w:t>
            </w:r>
          </w:p>
        </w:tc>
        <w:tc>
          <w:tcPr>
            <w:tcW w:type="dxa" w:w="1205"/>
          </w:tcPr>
          <w:p>
            <w:pPr>
              <w:spacing w:after="20" w:line="240" w:lineRule="auto"/>
            </w:pPr>
            <w:r>
              <w:rPr>
                <w:sz w:val="18"/>
                <w:szCs w:val="18"/>
              </w:rPr>
              <w:t>13 Sep 2024</w:t>
            </w:r>
          </w:p>
        </w:tc>
        <w:tc>
          <w:tcPr>
            <w:tcW w:type="dxa" w:w="1205"/>
          </w:tcPr>
          <w:p>
            <w:pPr>
              <w:spacing w:after="20" w:line="240" w:lineRule="auto"/>
            </w:pPr>
            <w:r>
              <w:rPr>
                <w:sz w:val="18"/>
                <w:szCs w:val="18"/>
              </w:rPr>
              <w:t>Standard reply</w:t>
            </w:r>
          </w:p>
        </w:tc>
      </w:tr>
      <w:tr>
        <w:trPr>
          <w:cantSplit/>
        </w:trPr>
        <w:tc>
          <w:tcPr>
            <w:tcW w:type="dxa" w:w="1205"/>
          </w:tcPr>
          <w:p>
            <w:pPr>
              <w:spacing w:after="20" w:line="240" w:lineRule="auto"/>
            </w:pPr>
            <w:r>
              <w:rPr>
                <w:sz w:val="18"/>
                <w:szCs w:val="18"/>
              </w:rPr>
              <w:t>5</w:t>
            </w:r>
          </w:p>
        </w:tc>
        <w:tc>
          <w:tcPr>
            <w:tcW w:type="dxa" w:w="1205"/>
          </w:tcPr>
          <w:p>
            <w:pPr>
              <w:spacing w:after="20" w:line="240" w:lineRule="auto"/>
            </w:pPr>
            <w:r>
              <w:rPr>
                <w:sz w:val="18"/>
                <w:szCs w:val="18"/>
              </w:rPr>
              <w:t>25 Oct 2024</w:t>
            </w:r>
          </w:p>
        </w:tc>
        <w:tc>
          <w:tcPr>
            <w:tcW w:type="dxa" w:w="1205"/>
          </w:tcPr>
          <w:p>
            <w:pPr>
              <w:spacing w:after="20" w:line="240" w:lineRule="auto"/>
            </w:pPr>
            <w:r>
              <w:rPr>
                <w:sz w:val="18"/>
                <w:szCs w:val="18"/>
              </w:rPr>
              <w:t>2</w:t>
            </w:r>
          </w:p>
        </w:tc>
        <w:tc>
          <w:tcPr>
            <w:tcW w:type="dxa" w:w="1205"/>
          </w:tcPr>
          <w:p>
            <w:pPr>
              <w:spacing w:after="20" w:line="240" w:lineRule="auto"/>
            </w:pPr>
            <w:r>
              <w:rPr>
                <w:sz w:val="18"/>
                <w:szCs w:val="18"/>
              </w:rPr>
              <w:t>Derek Simmons</w:t>
            </w:r>
          </w:p>
        </w:tc>
        <w:tc>
          <w:tcPr>
            <w:tcW w:type="dxa" w:w="1205"/>
          </w:tcPr>
          <w:p>
            <w:pPr>
              <w:spacing w:after="20" w:line="240" w:lineRule="auto"/>
            </w:pPr>
            <w:r>
              <w:rPr>
                <w:sz w:val="18"/>
                <w:szCs w:val="18"/>
              </w:rPr>
              <w:t>0</w:t>
            </w:r>
          </w:p>
        </w:tc>
        <w:tc>
          <w:tcPr>
            <w:tcW w:type="dxa" w:w="1205"/>
          </w:tcPr>
          <w:p>
            <w:pPr>
              <w:spacing w:after="20" w:line="240" w:lineRule="auto"/>
            </w:pPr>
            <w:r>
              <w:rPr>
                <w:sz w:val="18"/>
                <w:szCs w:val="18"/>
              </w:rPr>
              <w:t>(rating only)</w:t>
            </w:r>
          </w:p>
        </w:tc>
        <w:tc>
          <w:tcPr>
            <w:tcW w:type="dxa" w:w="1205"/>
          </w:tcPr>
          <w:p>
            <w:pPr>
              <w:spacing w:after="20" w:line="240" w:lineRule="auto"/>
            </w:pPr>
            <w:r>
              <w:rPr>
                <w:sz w:val="18"/>
                <w:szCs w:val="18"/>
              </w:rPr>
              <w:t>08 Nov 2024</w:t>
            </w:r>
          </w:p>
        </w:tc>
        <w:tc>
          <w:tcPr>
            <w:tcW w:type="dxa" w:w="1205"/>
          </w:tcPr>
          <w:p>
            <w:pPr>
              <w:spacing w:after="20" w:line="240" w:lineRule="auto"/>
            </w:pPr>
            <w:r>
              <w:rPr>
                <w:sz w:val="18"/>
                <w:szCs w:val="18"/>
              </w:rPr>
              <w:t>“It's wonderful to hear that you are happy with our service. We hope to see you again. Foll…”</w:t>
            </w:r>
          </w:p>
        </w:tc>
      </w:tr>
      <w:tr>
        <w:trPr>
          <w:cantSplit/>
        </w:trPr>
        <w:tc>
          <w:tcPr>
            <w:tcW w:type="dxa" w:w="1205"/>
          </w:tcPr>
          <w:p>
            <w:pPr>
              <w:spacing w:after="20" w:line="240" w:lineRule="auto"/>
            </w:pPr>
            <w:r>
              <w:rPr>
                <w:sz w:val="18"/>
                <w:szCs w:val="18"/>
              </w:rPr>
              <w:t>6</w:t>
            </w:r>
          </w:p>
        </w:tc>
        <w:tc>
          <w:tcPr>
            <w:tcW w:type="dxa" w:w="1205"/>
          </w:tcPr>
          <w:p>
            <w:pPr>
              <w:spacing w:after="20" w:line="240" w:lineRule="auto"/>
            </w:pPr>
            <w:r>
              <w:rPr>
                <w:sz w:val="18"/>
                <w:szCs w:val="18"/>
              </w:rPr>
              <w:t>20 Feb 2025</w:t>
            </w:r>
          </w:p>
        </w:tc>
        <w:tc>
          <w:tcPr>
            <w:tcW w:type="dxa" w:w="1205"/>
          </w:tcPr>
          <w:p>
            <w:pPr>
              <w:spacing w:after="20" w:line="240" w:lineRule="auto"/>
            </w:pPr>
            <w:r>
              <w:rPr>
                <w:sz w:val="18"/>
                <w:szCs w:val="18"/>
              </w:rPr>
              <w:t>1</w:t>
            </w:r>
          </w:p>
        </w:tc>
        <w:tc>
          <w:tcPr>
            <w:tcW w:type="dxa" w:w="1205"/>
          </w:tcPr>
          <w:p>
            <w:pPr>
              <w:spacing w:after="20" w:line="240" w:lineRule="auto"/>
            </w:pPr>
            <w:r>
              <w:rPr>
                <w:sz w:val="18"/>
                <w:szCs w:val="18"/>
              </w:rPr>
              <w:t>Megan Hartley</w:t>
            </w:r>
          </w:p>
        </w:tc>
        <w:tc>
          <w:tcPr>
            <w:tcW w:type="dxa" w:w="1205"/>
          </w:tcPr>
          <w:p>
            <w:pPr>
              <w:spacing w:after="20" w:line="240" w:lineRule="auto"/>
            </w:pPr>
            <w:r>
              <w:rPr>
                <w:sz w:val="18"/>
                <w:szCs w:val="18"/>
              </w:rPr>
              <w:t>4</w:t>
            </w:r>
          </w:p>
        </w:tc>
        <w:tc>
          <w:tcPr>
            <w:tcW w:type="dxa" w:w="1205"/>
          </w:tcPr>
          <w:p>
            <w:pPr>
              <w:spacing w:after="20" w:line="240" w:lineRule="auto"/>
            </w:pPr>
            <w:r>
              <w:rPr>
                <w:sz w:val="18"/>
                <w:szCs w:val="18"/>
              </w:rPr>
              <w:t>Very bad experience, brakes squealing again 15 days after the job. Very bad service</w:t>
            </w:r>
          </w:p>
        </w:tc>
        <w:tc>
          <w:tcPr>
            <w:tcW w:type="dxa" w:w="1205"/>
          </w:tcPr>
          <w:p>
            <w:pPr>
              <w:spacing w:after="20" w:line="240" w:lineRule="auto"/>
            </w:pPr>
            <w:r>
              <w:rPr>
                <w:sz w:val="18"/>
                <w:szCs w:val="18"/>
              </w:rPr>
              <w:t>20 Feb 2025</w:t>
            </w:r>
          </w:p>
        </w:tc>
        <w:tc>
          <w:tcPr>
            <w:tcW w:type="dxa" w:w="1205"/>
          </w:tcPr>
          <w:p>
            <w:pPr>
              <w:spacing w:after="20" w:line="240" w:lineRule="auto"/>
            </w:pPr>
            <w:r>
              <w:rPr>
                <w:sz w:val="18"/>
                <w:szCs w:val="18"/>
              </w:rPr>
              <w:t>Standard reply</w:t>
            </w:r>
          </w:p>
        </w:tc>
      </w:tr>
      <w:tr>
        <w:trPr>
          <w:cantSplit/>
        </w:trPr>
        <w:tc>
          <w:tcPr>
            <w:tcW w:type="dxa" w:w="1205"/>
          </w:tcPr>
          <w:p>
            <w:pPr>
              <w:spacing w:after="20" w:line="240" w:lineRule="auto"/>
            </w:pPr>
            <w:r>
              <w:rPr>
                <w:sz w:val="18"/>
                <w:szCs w:val="18"/>
              </w:rPr>
              <w:t>7</w:t>
            </w:r>
          </w:p>
        </w:tc>
        <w:tc>
          <w:tcPr>
            <w:tcW w:type="dxa" w:w="1205"/>
          </w:tcPr>
          <w:p>
            <w:pPr>
              <w:spacing w:after="20" w:line="240" w:lineRule="auto"/>
            </w:pPr>
            <w:r>
              <w:rPr>
                <w:sz w:val="18"/>
                <w:szCs w:val="18"/>
              </w:rPr>
              <w:t>01 Mar 2025</w:t>
            </w:r>
          </w:p>
        </w:tc>
        <w:tc>
          <w:tcPr>
            <w:tcW w:type="dxa" w:w="1205"/>
          </w:tcPr>
          <w:p>
            <w:pPr>
              <w:spacing w:after="20" w:line="240" w:lineRule="auto"/>
            </w:pPr>
            <w:r>
              <w:rPr>
                <w:sz w:val="18"/>
                <w:szCs w:val="18"/>
              </w:rPr>
              <w:t>2</w:t>
            </w:r>
          </w:p>
        </w:tc>
        <w:tc>
          <w:tcPr>
            <w:tcW w:type="dxa" w:w="1205"/>
          </w:tcPr>
          <w:p>
            <w:pPr>
              <w:spacing w:after="20" w:line="240" w:lineRule="auto"/>
            </w:pPr>
            <w:r>
              <w:rPr>
                <w:sz w:val="18"/>
                <w:szCs w:val="18"/>
              </w:rPr>
              <w:t>Ryan Mitchell</w:t>
            </w:r>
          </w:p>
        </w:tc>
        <w:tc>
          <w:tcPr>
            <w:tcW w:type="dxa" w:w="1205"/>
          </w:tcPr>
          <w:p>
            <w:pPr>
              <w:spacing w:after="20" w:line="240" w:lineRule="auto"/>
            </w:pPr>
            <w:r>
              <w:rPr>
                <w:sz w:val="18"/>
                <w:szCs w:val="18"/>
              </w:rPr>
              <w:t>0</w:t>
            </w:r>
          </w:p>
        </w:tc>
        <w:tc>
          <w:tcPr>
            <w:tcW w:type="dxa" w:w="1205"/>
          </w:tcPr>
          <w:p>
            <w:pPr>
              <w:spacing w:after="20" w:line="240" w:lineRule="auto"/>
            </w:pPr>
            <w:r>
              <w:rPr>
                <w:sz w:val="18"/>
                <w:szCs w:val="18"/>
              </w:rPr>
              <w:t>(rating only)</w:t>
            </w:r>
          </w:p>
        </w:tc>
        <w:tc>
          <w:tcPr>
            <w:tcW w:type="dxa" w:w="1205"/>
          </w:tcPr>
          <w:p>
            <w:pPr>
              <w:spacing w:after="20" w:line="240" w:lineRule="auto"/>
            </w:pPr>
            <w:r>
              <w:rPr>
                <w:sz w:val="18"/>
                <w:szCs w:val="18"/>
              </w:rPr>
              <w:t>01 Mar 2025</w:t>
            </w:r>
          </w:p>
        </w:tc>
        <w:tc>
          <w:tcPr>
            <w:tcW w:type="dxa" w:w="1205"/>
          </w:tcPr>
          <w:p>
            <w:pPr>
              <w:spacing w:after="20" w:line="240" w:lineRule="auto"/>
            </w:pPr>
            <w:r>
              <w:rPr>
                <w:sz w:val="18"/>
                <w:szCs w:val="18"/>
              </w:rPr>
              <w:t>Standard reply</w:t>
            </w:r>
          </w:p>
        </w:tc>
      </w:tr>
      <w:tr>
        <w:trPr>
          <w:cantSplit/>
        </w:trPr>
        <w:tc>
          <w:tcPr>
            <w:tcW w:type="dxa" w:w="1205"/>
          </w:tcPr>
          <w:p>
            <w:pPr>
              <w:spacing w:after="20" w:line="240" w:lineRule="auto"/>
            </w:pPr>
            <w:r>
              <w:rPr>
                <w:sz w:val="18"/>
                <w:szCs w:val="18"/>
              </w:rPr>
              <w:t>8</w:t>
            </w:r>
          </w:p>
        </w:tc>
        <w:tc>
          <w:tcPr>
            <w:tcW w:type="dxa" w:w="1205"/>
          </w:tcPr>
          <w:p>
            <w:pPr>
              <w:spacing w:after="20" w:line="240" w:lineRule="auto"/>
            </w:pPr>
            <w:r>
              <w:rPr>
                <w:sz w:val="18"/>
                <w:szCs w:val="18"/>
              </w:rPr>
              <w:t>29 Jun 2025</w:t>
            </w:r>
          </w:p>
        </w:tc>
        <w:tc>
          <w:tcPr>
            <w:tcW w:type="dxa" w:w="1205"/>
          </w:tcPr>
          <w:p>
            <w:pPr>
              <w:spacing w:after="20" w:line="240" w:lineRule="auto"/>
            </w:pPr>
            <w:r>
              <w:rPr>
                <w:sz w:val="18"/>
                <w:szCs w:val="18"/>
              </w:rPr>
              <w:t>3</w:t>
            </w:r>
          </w:p>
        </w:tc>
        <w:tc>
          <w:tcPr>
            <w:tcW w:type="dxa" w:w="1205"/>
          </w:tcPr>
          <w:p>
            <w:pPr>
              <w:spacing w:after="20" w:line="240" w:lineRule="auto"/>
            </w:pPr>
            <w:r>
              <w:rPr>
                <w:sz w:val="18"/>
                <w:szCs w:val="18"/>
              </w:rPr>
              <w:t>Luke Harrison</w:t>
            </w:r>
          </w:p>
        </w:tc>
        <w:tc>
          <w:tcPr>
            <w:tcW w:type="dxa" w:w="1205"/>
          </w:tcPr>
          <w:p>
            <w:pPr>
              <w:spacing w:after="20" w:line="240" w:lineRule="auto"/>
            </w:pPr>
            <w:r>
              <w:rPr>
                <w:sz w:val="18"/>
                <w:szCs w:val="18"/>
              </w:rPr>
              <w:t>4</w:t>
            </w:r>
          </w:p>
        </w:tc>
        <w:tc>
          <w:tcPr>
            <w:tcW w:type="dxa" w:w="1205"/>
          </w:tcPr>
          <w:p>
            <w:pPr>
              <w:spacing w:after="20" w:line="240" w:lineRule="auto"/>
            </w:pPr>
            <w:r>
              <w:rPr>
                <w:sz w:val="18"/>
                <w:szCs w:val="18"/>
              </w:rPr>
              <w:t>(rating only)</w:t>
            </w:r>
          </w:p>
        </w:tc>
        <w:tc>
          <w:tcPr>
            <w:tcW w:type="dxa" w:w="1205"/>
          </w:tcPr>
          <w:p>
            <w:pPr>
              <w:spacing w:after="20" w:line="240" w:lineRule="auto"/>
            </w:pPr>
            <w:r>
              <w:rPr>
                <w:sz w:val="18"/>
                <w:szCs w:val="18"/>
              </w:rPr>
              <w:t>30 Jun 2025</w:t>
            </w:r>
          </w:p>
        </w:tc>
        <w:tc>
          <w:tcPr>
            <w:tcW w:type="dxa" w:w="1205"/>
          </w:tcPr>
          <w:p>
            <w:pPr>
              <w:spacing w:after="20" w:line="240" w:lineRule="auto"/>
            </w:pPr>
            <w:r>
              <w:rPr>
                <w:sz w:val="18"/>
                <w:szCs w:val="18"/>
              </w:rPr>
              <w:t>Standard reply</w:t>
            </w:r>
          </w:p>
        </w:tc>
      </w:tr>
      <w:tr>
        <w:trPr>
          <w:cantSplit/>
        </w:trPr>
        <w:tc>
          <w:tcPr>
            <w:tcW w:type="dxa" w:w="1205"/>
          </w:tcPr>
          <w:p>
            <w:pPr>
              <w:spacing w:after="20" w:line="240" w:lineRule="auto"/>
            </w:pPr>
            <w:r>
              <w:rPr>
                <w:sz w:val="18"/>
                <w:szCs w:val="18"/>
              </w:rPr>
              <w:t>9</w:t>
            </w:r>
          </w:p>
        </w:tc>
        <w:tc>
          <w:tcPr>
            <w:tcW w:type="dxa" w:w="1205"/>
          </w:tcPr>
          <w:p>
            <w:pPr>
              <w:spacing w:after="20" w:line="240" w:lineRule="auto"/>
            </w:pPr>
            <w:r>
              <w:rPr>
                <w:sz w:val="18"/>
                <w:szCs w:val="18"/>
              </w:rPr>
              <w:t>04 Aug 2025</w:t>
            </w:r>
          </w:p>
        </w:tc>
        <w:tc>
          <w:tcPr>
            <w:tcW w:type="dxa" w:w="1205"/>
          </w:tcPr>
          <w:p>
            <w:pPr>
              <w:spacing w:after="20" w:line="240" w:lineRule="auto"/>
            </w:pPr>
            <w:r>
              <w:rPr>
                <w:sz w:val="18"/>
                <w:szCs w:val="18"/>
              </w:rPr>
              <w:t>1</w:t>
            </w:r>
          </w:p>
        </w:tc>
        <w:tc>
          <w:tcPr>
            <w:tcW w:type="dxa" w:w="1205"/>
          </w:tcPr>
          <w:p>
            <w:pPr>
              <w:spacing w:after="20" w:line="240" w:lineRule="auto"/>
            </w:pPr>
            <w:r>
              <w:rPr>
                <w:sz w:val="18"/>
                <w:szCs w:val="18"/>
              </w:rPr>
              <w:t>Amanda Price</w:t>
            </w:r>
          </w:p>
        </w:tc>
        <w:tc>
          <w:tcPr>
            <w:tcW w:type="dxa" w:w="1205"/>
          </w:tcPr>
          <w:p>
            <w:pPr>
              <w:spacing w:after="20" w:line="240" w:lineRule="auto"/>
            </w:pPr>
            <w:r>
              <w:rPr>
                <w:sz w:val="18"/>
                <w:szCs w:val="18"/>
              </w:rPr>
              <w:t>0</w:t>
            </w:r>
          </w:p>
        </w:tc>
        <w:tc>
          <w:tcPr>
            <w:tcW w:type="dxa" w:w="1205"/>
          </w:tcPr>
          <w:p>
            <w:pPr>
              <w:spacing w:after="20" w:line="240" w:lineRule="auto"/>
            </w:pPr>
            <w:r>
              <w:rPr>
                <w:sz w:val="18"/>
                <w:szCs w:val="18"/>
              </w:rPr>
              <w:t>(rating only)</w:t>
            </w:r>
          </w:p>
        </w:tc>
        <w:tc>
          <w:tcPr>
            <w:tcW w:type="dxa" w:w="1205"/>
          </w:tcPr>
          <w:p>
            <w:pPr>
              <w:spacing w:after="20" w:line="240" w:lineRule="auto"/>
            </w:pPr>
            <w:r>
              <w:rPr>
                <w:sz w:val="18"/>
                <w:szCs w:val="18"/>
              </w:rPr>
              <w:t>04 Aug 2025</w:t>
            </w:r>
          </w:p>
        </w:tc>
        <w:tc>
          <w:tcPr>
            <w:tcW w:type="dxa" w:w="1205"/>
          </w:tcPr>
          <w:p>
            <w:pPr>
              <w:spacing w:after="20" w:line="240" w:lineRule="auto"/>
            </w:pPr>
            <w:r>
              <w:rPr>
                <w:sz w:val="18"/>
                <w:szCs w:val="18"/>
              </w:rPr>
              <w:t>Standard reply</w:t>
            </w:r>
          </w:p>
        </w:tc>
      </w:tr>
      <w:tr>
        <w:trPr>
          <w:cantSplit/>
        </w:trPr>
        <w:tc>
          <w:tcPr>
            <w:tcW w:type="dxa" w:w="1205"/>
          </w:tcPr>
          <w:p>
            <w:pPr>
              <w:spacing w:after="20" w:line="240" w:lineRule="auto"/>
            </w:pPr>
            <w:r>
              <w:rPr>
                <w:sz w:val="18"/>
                <w:szCs w:val="18"/>
              </w:rPr>
              <w:t>10</w:t>
            </w:r>
          </w:p>
        </w:tc>
        <w:tc>
          <w:tcPr>
            <w:tcW w:type="dxa" w:w="1205"/>
          </w:tcPr>
          <w:p>
            <w:pPr>
              <w:spacing w:after="20" w:line="240" w:lineRule="auto"/>
            </w:pPr>
            <w:r>
              <w:rPr>
                <w:sz w:val="18"/>
                <w:szCs w:val="18"/>
              </w:rPr>
              <w:t>22 Nov 2025</w:t>
            </w:r>
          </w:p>
        </w:tc>
        <w:tc>
          <w:tcPr>
            <w:tcW w:type="dxa" w:w="1205"/>
          </w:tcPr>
          <w:p>
            <w:pPr>
              <w:spacing w:after="20" w:line="240" w:lineRule="auto"/>
            </w:pPr>
            <w:r>
              <w:rPr>
                <w:sz w:val="18"/>
                <w:szCs w:val="18"/>
              </w:rPr>
              <w:t>2</w:t>
            </w:r>
          </w:p>
        </w:tc>
        <w:tc>
          <w:tcPr>
            <w:tcW w:type="dxa" w:w="1205"/>
          </w:tcPr>
          <w:p>
            <w:pPr>
              <w:spacing w:after="20" w:line="240" w:lineRule="auto"/>
            </w:pPr>
            <w:r>
              <w:rPr>
                <w:sz w:val="18"/>
                <w:szCs w:val="18"/>
              </w:rPr>
              <w:t>Kelsey Barnes</w:t>
            </w:r>
          </w:p>
        </w:tc>
        <w:tc>
          <w:tcPr>
            <w:tcW w:type="dxa" w:w="1205"/>
          </w:tcPr>
          <w:p>
            <w:pPr>
              <w:spacing w:after="20" w:line="240" w:lineRule="auto"/>
            </w:pPr>
            <w:r>
              <w:rPr>
                <w:sz w:val="18"/>
                <w:szCs w:val="18"/>
              </w:rPr>
              <w:t>0</w:t>
            </w:r>
          </w:p>
        </w:tc>
        <w:tc>
          <w:tcPr>
            <w:tcW w:type="dxa" w:w="1205"/>
          </w:tcPr>
          <w:p>
            <w:pPr>
              <w:spacing w:after="20" w:line="240" w:lineRule="auto"/>
            </w:pPr>
            <w:r>
              <w:rPr>
                <w:sz w:val="18"/>
                <w:szCs w:val="18"/>
              </w:rPr>
              <w:t>(rating only)</w:t>
            </w:r>
          </w:p>
        </w:tc>
        <w:tc>
          <w:tcPr>
            <w:tcW w:type="dxa" w:w="1205"/>
          </w:tcPr>
          <w:p>
            <w:pPr>
              <w:spacing w:after="20" w:line="240" w:lineRule="auto"/>
            </w:pPr>
            <w:r>
              <w:rPr>
                <w:sz w:val="18"/>
                <w:szCs w:val="18"/>
              </w:rPr>
              <w:t>24 Nov 2025</w:t>
            </w:r>
          </w:p>
        </w:tc>
        <w:tc>
          <w:tcPr>
            <w:tcW w:type="dxa" w:w="1205"/>
          </w:tcPr>
          <w:p>
            <w:pPr>
              <w:spacing w:after="20" w:line="240" w:lineRule="auto"/>
            </w:pPr>
            <w:r>
              <w:rPr>
                <w:sz w:val="18"/>
                <w:szCs w:val="18"/>
              </w:rPr>
              <w:t>Standard reply</w:t>
            </w:r>
          </w:p>
        </w:tc>
      </w:tr>
      <w:tr>
        <w:trPr>
          <w:cantSplit/>
        </w:trPr>
        <w:tc>
          <w:tcPr>
            <w:tcW w:type="dxa" w:w="1205"/>
          </w:tcPr>
          <w:p>
            <w:pPr>
              <w:spacing w:after="20" w:line="240" w:lineRule="auto"/>
            </w:pPr>
            <w:r>
              <w:rPr>
                <w:sz w:val="18"/>
                <w:szCs w:val="18"/>
              </w:rPr>
              <w:t>11</w:t>
            </w:r>
          </w:p>
        </w:tc>
        <w:tc>
          <w:tcPr>
            <w:tcW w:type="dxa" w:w="1205"/>
          </w:tcPr>
          <w:p>
            <w:pPr>
              <w:spacing w:after="20" w:line="240" w:lineRule="auto"/>
            </w:pPr>
            <w:r>
              <w:rPr>
                <w:sz w:val="18"/>
                <w:szCs w:val="18"/>
              </w:rPr>
              <w:t>15 Jun 2026</w:t>
            </w:r>
          </w:p>
        </w:tc>
        <w:tc>
          <w:tcPr>
            <w:tcW w:type="dxa" w:w="1205"/>
          </w:tcPr>
          <w:p>
            <w:pPr>
              <w:spacing w:after="20" w:line="240" w:lineRule="auto"/>
            </w:pPr>
            <w:r>
              <w:rPr>
                <w:sz w:val="18"/>
                <w:szCs w:val="18"/>
              </w:rPr>
              <w:t>1</w:t>
            </w:r>
          </w:p>
        </w:tc>
        <w:tc>
          <w:tcPr>
            <w:tcW w:type="dxa" w:w="1205"/>
          </w:tcPr>
          <w:p>
            <w:pPr>
              <w:spacing w:after="20" w:line="240" w:lineRule="auto"/>
            </w:pPr>
            <w:r>
              <w:rPr>
                <w:sz w:val="18"/>
                <w:szCs w:val="18"/>
              </w:rPr>
              <w:t>Scott Dawson</w:t>
            </w:r>
          </w:p>
        </w:tc>
        <w:tc>
          <w:tcPr>
            <w:tcW w:type="dxa" w:w="1205"/>
          </w:tcPr>
          <w:p>
            <w:pPr>
              <w:spacing w:after="20" w:line="240" w:lineRule="auto"/>
            </w:pPr>
            <w:r>
              <w:rPr>
                <w:sz w:val="18"/>
                <w:szCs w:val="18"/>
              </w:rPr>
              <w:t>7</w:t>
            </w:r>
          </w:p>
        </w:tc>
        <w:tc>
          <w:tcPr>
            <w:tcW w:type="dxa" w:w="1205"/>
          </w:tcPr>
          <w:p>
            <w:pPr>
              <w:spacing w:after="20" w:line="240" w:lineRule="auto"/>
            </w:pPr>
            <w:r>
              <w:rPr>
                <w:sz w:val="18"/>
                <w:szCs w:val="18"/>
              </w:rPr>
              <w:t>dan kowalski ruined my car. i needed a new transmission after his repair I was a customer of da</w:t>
            </w:r>
          </w:p>
        </w:tc>
        <w:tc>
          <w:tcPr>
            <w:tcW w:type="dxa" w:w="1205"/>
          </w:tcPr>
          <w:p>
            <w:pPr>
              <w:spacing w:after="20" w:line="240" w:lineRule="auto"/>
            </w:pPr>
            <w:r>
              <w:rPr>
                <w:sz w:val="18"/>
                <w:szCs w:val="18"/>
              </w:rPr>
              <w:t>14 Jun 2026</w:t>
            </w:r>
          </w:p>
        </w:tc>
        <w:tc>
          <w:tcPr>
            <w:tcW w:type="dxa" w:w="1205"/>
          </w:tcPr>
          <w:p>
            <w:pPr>
              <w:spacing w:after="20" w:line="240" w:lineRule="auto"/>
            </w:pPr>
            <w:r>
              <w:rPr>
                <w:sz w:val="18"/>
                <w:szCs w:val="18"/>
              </w:rPr>
              <w:t>Standard reply</w:t>
            </w:r>
          </w:p>
        </w:tc>
      </w:tr>
      <w:tr>
        <w:trPr>
          <w:cantSplit/>
        </w:trPr>
        <w:tc>
          <w:tcPr>
            <w:tcW w:type="dxa" w:w="1205"/>
          </w:tcPr>
          <w:p>
            <w:pPr>
              <w:spacing w:after="20" w:line="240" w:lineRule="auto"/>
            </w:pPr>
            <w:r>
              <w:rPr>
                <w:sz w:val="18"/>
                <w:szCs w:val="18"/>
              </w:rPr>
              <w:t>12</w:t>
            </w:r>
          </w:p>
        </w:tc>
        <w:tc>
          <w:tcPr>
            <w:tcW w:type="dxa" w:w="1205"/>
          </w:tcPr>
          <w:p>
            <w:pPr>
              <w:spacing w:after="20" w:line="240" w:lineRule="auto"/>
            </w:pPr>
            <w:r>
              <w:rPr>
                <w:sz w:val="18"/>
                <w:szCs w:val="18"/>
              </w:rPr>
              <w:t>17 Jun 2026</w:t>
            </w:r>
          </w:p>
        </w:tc>
        <w:tc>
          <w:tcPr>
            <w:tcW w:type="dxa" w:w="1205"/>
          </w:tcPr>
          <w:p>
            <w:pPr>
              <w:spacing w:after="20" w:line="240" w:lineRule="auto"/>
            </w:pPr>
            <w:r>
              <w:rPr>
                <w:sz w:val="18"/>
                <w:szCs w:val="18"/>
              </w:rPr>
              <w:t>1</w:t>
            </w:r>
          </w:p>
        </w:tc>
        <w:tc>
          <w:tcPr>
            <w:tcW w:type="dxa" w:w="1205"/>
          </w:tcPr>
          <w:p>
            <w:pPr>
              <w:spacing w:after="20" w:line="240" w:lineRule="auto"/>
            </w:pPr>
            <w:r>
              <w:rPr>
                <w:sz w:val="18"/>
                <w:szCs w:val="18"/>
              </w:rPr>
              <w:t>Chris Hensley</w:t>
            </w:r>
          </w:p>
        </w:tc>
        <w:tc>
          <w:tcPr>
            <w:tcW w:type="dxa" w:w="1205"/>
          </w:tcPr>
          <w:p>
            <w:pPr>
              <w:spacing w:after="20" w:line="240" w:lineRule="auto"/>
            </w:pPr>
            <w:r>
              <w:rPr>
                <w:sz w:val="18"/>
                <w:szCs w:val="18"/>
              </w:rPr>
              <w:t>0</w:t>
            </w:r>
          </w:p>
        </w:tc>
        <w:tc>
          <w:tcPr>
            <w:tcW w:type="dxa" w:w="1205"/>
          </w:tcPr>
          <w:p>
            <w:pPr>
              <w:spacing w:after="20" w:line="240" w:lineRule="auto"/>
            </w:pPr>
            <w:r>
              <w:rPr>
                <w:sz w:val="18"/>
                <w:szCs w:val="18"/>
              </w:rPr>
              <w:t>(rating only)</w:t>
            </w:r>
          </w:p>
        </w:tc>
        <w:tc>
          <w:tcPr>
            <w:tcW w:type="dxa" w:w="1205"/>
          </w:tcPr>
          <w:p>
            <w:pPr>
              <w:spacing w:after="20" w:line="240" w:lineRule="auto"/>
            </w:pPr>
            <w:r>
              <w:rPr>
                <w:sz w:val="18"/>
                <w:szCs w:val="18"/>
              </w:rPr>
              <w:t>24 Jul 2026</w:t>
            </w:r>
          </w:p>
        </w:tc>
        <w:tc>
          <w:tcPr>
            <w:tcW w:type="dxa" w:w="1205"/>
          </w:tcPr>
          <w:p>
            <w:pPr>
              <w:spacing w:after="20" w:line="240" w:lineRule="auto"/>
            </w:pPr>
            <w:r>
              <w:rPr>
                <w:sz w:val="18"/>
                <w:szCs w:val="18"/>
              </w:rPr>
              <w:t>“Fake Review, We take feedback very seriously, as we always strive to make sure our custome…”</w:t>
            </w:r>
          </w:p>
        </w:tc>
      </w:tr>
      <w:tr>
        <w:trPr>
          <w:cantSplit/>
        </w:trPr>
        <w:tc>
          <w:tcPr>
            <w:tcW w:type="dxa" w:w="1205"/>
          </w:tcPr>
          <w:p>
            <w:pPr>
              <w:spacing w:after="20" w:line="240" w:lineRule="auto"/>
            </w:pPr>
            <w:r>
              <w:rPr>
                <w:sz w:val="18"/>
                <w:szCs w:val="18"/>
              </w:rPr>
              <w:t>13</w:t>
            </w:r>
          </w:p>
        </w:tc>
        <w:tc>
          <w:tcPr>
            <w:tcW w:type="dxa" w:w="1205"/>
          </w:tcPr>
          <w:p>
            <w:pPr>
              <w:spacing w:after="20" w:line="240" w:lineRule="auto"/>
            </w:pPr>
            <w:r>
              <w:rPr>
                <w:sz w:val="18"/>
                <w:szCs w:val="18"/>
              </w:rPr>
              <w:t>17 Jun 2026</w:t>
            </w:r>
          </w:p>
        </w:tc>
        <w:tc>
          <w:tcPr>
            <w:tcW w:type="dxa" w:w="1205"/>
          </w:tcPr>
          <w:p>
            <w:pPr>
              <w:spacing w:after="20" w:line="240" w:lineRule="auto"/>
            </w:pPr>
            <w:r>
              <w:rPr>
                <w:sz w:val="18"/>
                <w:szCs w:val="18"/>
              </w:rPr>
              <w:t>1</w:t>
            </w:r>
          </w:p>
        </w:tc>
        <w:tc>
          <w:tcPr>
            <w:tcW w:type="dxa" w:w="1205"/>
          </w:tcPr>
          <w:p>
            <w:pPr>
              <w:spacing w:after="20" w:line="240" w:lineRule="auto"/>
            </w:pPr>
            <w:r>
              <w:rPr>
                <w:sz w:val="18"/>
                <w:szCs w:val="18"/>
              </w:rPr>
              <w:t>Samantha Reed</w:t>
            </w:r>
          </w:p>
        </w:tc>
        <w:tc>
          <w:tcPr>
            <w:tcW w:type="dxa" w:w="1205"/>
          </w:tcPr>
          <w:p>
            <w:pPr>
              <w:spacing w:after="20" w:line="240" w:lineRule="auto"/>
            </w:pPr>
            <w:r>
              <w:rPr>
                <w:sz w:val="18"/>
                <w:szCs w:val="18"/>
              </w:rPr>
              <w:t>0</w:t>
            </w:r>
          </w:p>
        </w:tc>
        <w:tc>
          <w:tcPr>
            <w:tcW w:type="dxa" w:w="1205"/>
          </w:tcPr>
          <w:p>
            <w:pPr>
              <w:spacing w:after="20" w:line="240" w:lineRule="auto"/>
            </w:pPr>
            <w:r>
              <w:rPr>
                <w:sz w:val="18"/>
                <w:szCs w:val="18"/>
              </w:rPr>
              <w:t>(rating only)</w:t>
            </w:r>
          </w:p>
        </w:tc>
        <w:tc>
          <w:tcPr>
            <w:tcW w:type="dxa" w:w="1205"/>
          </w:tcPr>
          <w:p>
            <w:pPr>
              <w:spacing w:after="20" w:line="240" w:lineRule="auto"/>
            </w:pPr>
            <w:r>
              <w:rPr>
                <w:sz w:val="18"/>
                <w:szCs w:val="18"/>
              </w:rPr>
              <w:t>13 Jun 2026</w:t>
            </w:r>
          </w:p>
        </w:tc>
        <w:tc>
          <w:tcPr>
            <w:tcW w:type="dxa" w:w="1205"/>
          </w:tcPr>
          <w:p>
            <w:pPr>
              <w:spacing w:after="20" w:line="240" w:lineRule="auto"/>
            </w:pPr>
            <w:r>
              <w:rPr>
                <w:sz w:val="18"/>
                <w:szCs w:val="18"/>
              </w:rPr>
              <w:t>“Dear Ms. Samantha Reed, We regret any inconvenience caused. As our shop works on a prior a…”</w:t>
            </w:r>
          </w:p>
        </w:tc>
      </w:tr>
      <w:tr>
        <w:trPr>
          <w:cantSplit/>
        </w:trPr>
        <w:tc>
          <w:tcPr>
            <w:tcW w:type="dxa" w:w="1205"/>
          </w:tcPr>
          <w:p>
            <w:pPr>
              <w:spacing w:after="20" w:line="240" w:lineRule="auto"/>
            </w:pPr>
            <w:r>
              <w:rPr>
                <w:sz w:val="18"/>
                <w:szCs w:val="18"/>
              </w:rPr>
              <w:t>14</w:t>
            </w:r>
          </w:p>
        </w:tc>
        <w:tc>
          <w:tcPr>
            <w:tcW w:type="dxa" w:w="1205"/>
          </w:tcPr>
          <w:p>
            <w:pPr>
              <w:spacing w:after="20" w:line="240" w:lineRule="auto"/>
            </w:pPr>
            <w:r>
              <w:rPr>
                <w:sz w:val="18"/>
                <w:szCs w:val="18"/>
              </w:rPr>
              <w:t>16 Jul 2026</w:t>
            </w:r>
          </w:p>
        </w:tc>
        <w:tc>
          <w:tcPr>
            <w:tcW w:type="dxa" w:w="1205"/>
          </w:tcPr>
          <w:p>
            <w:pPr>
              <w:spacing w:after="20" w:line="240" w:lineRule="auto"/>
            </w:pPr>
            <w:r>
              <w:rPr>
                <w:sz w:val="18"/>
                <w:szCs w:val="18"/>
              </w:rPr>
              <w:t>1</w:t>
            </w:r>
          </w:p>
        </w:tc>
        <w:tc>
          <w:tcPr>
            <w:tcW w:type="dxa" w:w="1205"/>
          </w:tcPr>
          <w:p>
            <w:pPr>
              <w:spacing w:after="20" w:line="240" w:lineRule="auto"/>
            </w:pPr>
            <w:r>
              <w:rPr>
                <w:sz w:val="18"/>
                <w:szCs w:val="18"/>
              </w:rPr>
              <w:t>Jordan Ellis</w:t>
            </w:r>
          </w:p>
        </w:tc>
        <w:tc>
          <w:tcPr>
            <w:tcW w:type="dxa" w:w="1205"/>
          </w:tcPr>
          <w:p>
            <w:pPr>
              <w:spacing w:after="20" w:line="240" w:lineRule="auto"/>
            </w:pPr>
            <w:r>
              <w:rPr>
                <w:sz w:val="18"/>
                <w:szCs w:val="18"/>
              </w:rPr>
              <w:t>13</w:t>
            </w:r>
          </w:p>
        </w:tc>
        <w:tc>
          <w:tcPr>
            <w:tcW w:type="dxa" w:w="1205"/>
          </w:tcPr>
          <w:p>
            <w:pPr>
              <w:spacing w:after="20" w:line="240" w:lineRule="auto"/>
            </w:pPr>
            <w:r>
              <w:rPr>
                <w:sz w:val="18"/>
                <w:szCs w:val="18"/>
              </w:rPr>
              <w:t>I got 2 brake jobs and an alignment from this shop which took multiple visits. And different mechanics. Dan</w:t>
            </w:r>
          </w:p>
        </w:tc>
        <w:tc>
          <w:tcPr>
            <w:tcW w:type="dxa" w:w="1205"/>
          </w:tcPr>
          <w:p>
            <w:pPr>
              <w:spacing w:after="20" w:line="240" w:lineRule="auto"/>
            </w:pPr>
            <w:r>
              <w:rPr>
                <w:sz w:val="18"/>
                <w:szCs w:val="18"/>
              </w:rPr>
              <w:t>16 Jul 2026</w:t>
            </w:r>
          </w:p>
        </w:tc>
        <w:tc>
          <w:tcPr>
            <w:tcW w:type="dxa" w:w="1205"/>
          </w:tcPr>
          <w:p>
            <w:pPr>
              <w:spacing w:after="20" w:line="240" w:lineRule="auto"/>
            </w:pPr>
            <w:r>
              <w:rPr>
                <w:sz w:val="18"/>
                <w:szCs w:val="18"/>
              </w:rPr>
              <w:t>“Dear Jordan Ellis, we take every customer's feedback seriously. However, after thoroughly…”</w:t>
            </w:r>
          </w:p>
        </w:tc>
      </w:tr>
      <w:tr>
        <w:trPr>
          <w:cantSplit/>
        </w:trPr>
        <w:tc>
          <w:tcPr>
            <w:tcW w:type="dxa" w:w="1205"/>
          </w:tcPr>
          <w:p>
            <w:pPr>
              <w:spacing w:after="20" w:line="240" w:lineRule="auto"/>
            </w:pPr>
            <w:r>
              <w:rPr>
                <w:sz w:val="18"/>
                <w:szCs w:val="18"/>
              </w:rPr>
              <w:t>15</w:t>
            </w:r>
          </w:p>
        </w:tc>
        <w:tc>
          <w:tcPr>
            <w:tcW w:type="dxa" w:w="1205"/>
          </w:tcPr>
          <w:p>
            <w:pPr>
              <w:spacing w:after="20" w:line="240" w:lineRule="auto"/>
            </w:pPr>
            <w:r>
              <w:rPr>
                <w:sz w:val="18"/>
                <w:szCs w:val="18"/>
              </w:rPr>
              <w:t>31 Aug 2026</w:t>
            </w:r>
          </w:p>
        </w:tc>
        <w:tc>
          <w:tcPr>
            <w:tcW w:type="dxa" w:w="1205"/>
          </w:tcPr>
          <w:p>
            <w:pPr>
              <w:spacing w:after="20" w:line="240" w:lineRule="auto"/>
            </w:pPr>
            <w:r>
              <w:rPr>
                <w:sz w:val="18"/>
                <w:szCs w:val="18"/>
              </w:rPr>
              <w:t>2</w:t>
            </w:r>
          </w:p>
        </w:tc>
        <w:tc>
          <w:tcPr>
            <w:tcW w:type="dxa" w:w="1205"/>
          </w:tcPr>
          <w:p>
            <w:pPr>
              <w:spacing w:after="20" w:line="240" w:lineRule="auto"/>
            </w:pPr>
            <w:r>
              <w:rPr>
                <w:sz w:val="18"/>
                <w:szCs w:val="18"/>
              </w:rPr>
              <w:t>Nathan</w:t>
            </w:r>
          </w:p>
        </w:tc>
        <w:tc>
          <w:tcPr>
            <w:tcW w:type="dxa" w:w="1205"/>
          </w:tcPr>
          <w:p>
            <w:pPr>
              <w:spacing w:after="20" w:line="240" w:lineRule="auto"/>
            </w:pPr>
            <w:r>
              <w:rPr>
                <w:sz w:val="18"/>
                <w:szCs w:val="18"/>
              </w:rPr>
              <w:t>1</w:t>
            </w:r>
          </w:p>
        </w:tc>
        <w:tc>
          <w:tcPr>
            <w:tcW w:type="dxa" w:w="1205"/>
          </w:tcPr>
          <w:p>
            <w:pPr>
              <w:spacing w:after="20" w:line="240" w:lineRule="auto"/>
            </w:pPr>
            <w:r>
              <w:rPr>
                <w:sz w:val="18"/>
                <w:szCs w:val="18"/>
              </w:rPr>
              <w:t>I went there at 2 pm. Guy at the desk asks me to wait till 4 pm. No respect for someone stranded.</w:t>
            </w:r>
          </w:p>
        </w:tc>
        <w:tc>
          <w:tcPr>
            <w:tcW w:type="dxa" w:w="1205"/>
          </w:tcPr>
          <w:p>
            <w:pPr>
              <w:spacing w:after="20" w:line="240" w:lineRule="auto"/>
            </w:pPr>
            <w:r>
              <w:rPr>
                <w:sz w:val="18"/>
                <w:szCs w:val="18"/>
              </w:rPr>
              <w:t>08 Sep 2026</w:t>
            </w:r>
          </w:p>
        </w:tc>
        <w:tc>
          <w:tcPr>
            <w:tcW w:type="dxa" w:w="1205"/>
          </w:tcPr>
          <w:p>
            <w:pPr>
              <w:spacing w:after="20" w:line="240" w:lineRule="auto"/>
            </w:pPr>
            <w:r>
              <w:rPr>
                <w:sz w:val="18"/>
                <w:szCs w:val="18"/>
              </w:rPr>
              <w:t>Standard reply</w:t>
            </w:r>
          </w:p>
        </w:tc>
      </w:tr>
    </w:tbl>
    <w:p>
      <w:r>
        <w:rPr/>
        <w:t>Separately, 464 business replies to five-star reviews contain the phrase "best auto repair in Columbus" and 31 contain "mechanic near me"; 48 percent of all replies use one template. Reply templating is not submitted as a breach on its own. It is context for the systematic reply pattern.</w:t>
      </w:r>
    </w:p>
    <w:p>
      <w:pPr>
        <w:pStyle w:val="Heading2"/>
      </w:pPr>
      <w:r>
        <w:rPr/>
        <w:t>3. Evidence set B: cross-business timing</w:t>
      </w:r>
    </w:p>
    <w:p>
      <w:r>
        <w:rPr/>
        <w:t>Glow Studio Day Spa is a day spa at Suite 110, Maple Ridge Plaza, in the same plaza as the shop. The public contribution histories of 264 reviewers of this listing were examined. Fourteen also gave the spa five stars. No other business appeared in as many of those histories.</w:t>
      </w:r>
    </w:p>
    <w:p>
      <w:r>
        <w:rPr/>
        <w:t>Six accounts posted five-star ratings to both businesses within 21 to 90 seconds on 13 June, 18 June and 7 September 2022. On 7 September, three accounts did so at 15:29, 15:48 and 15:51. Four of the six accounts have one to three public ratings in total. A related pattern appears in 2026: two accounts with no other public history rated the shop three minutes apart on 26 April and later rated the spa in mid-May. This timing is a screening signal, not proof that the shop or any one person controlled the accounts. Google can test the pattern with non-public records.</w:t>
      </w:r>
    </w:p>
    <w:tbl>
      <w:tblPr>
        <w:tblStyle w:val="TableGrid"/>
        <w:tblW w:type="pct" w:w="5000"/>
        <w:tblLook w:firstColumn="1" w:firstRow="1" w:lastColumn="0" w:lastRow="0" w:noHBand="0" w:noVBand="1" w:val="04A0"/>
      </w:tblPr>
      <w:tblGrid>
        <w:gridCol w:w="1377"/>
        <w:gridCol w:w="1377"/>
        <w:gridCol w:w="1377"/>
        <w:gridCol w:w="1377"/>
        <w:gridCol w:w="1377"/>
        <w:gridCol w:w="1377"/>
        <w:gridCol w:w="1377"/>
      </w:tblGrid>
      <w:tr>
        <w:trPr>
          <w:cantSplit/>
          <w:tblHeader/>
        </w:trPr>
        <w:tc>
          <w:tcPr>
            <w:tcW w:type="dxa" w:w="1377"/>
            <w:shd w:val="clear" w:color="auto" w:fill="F2F4F8"/>
          </w:tcPr>
          <w:p>
            <w:pPr>
              <w:spacing w:after="20" w:line="240" w:lineRule="auto"/>
            </w:pPr>
            <w:r>
              <w:rPr>
                <w:b/>
                <w:bCs/>
                <w:caps/>
                <w:sz w:val="18"/>
                <w:szCs w:val="18"/>
              </w:rPr>
              <w:t>#</w:t>
            </w:r>
          </w:p>
        </w:tc>
        <w:tc>
          <w:tcPr>
            <w:tcW w:type="dxa" w:w="1377"/>
            <w:shd w:val="clear" w:color="auto" w:fill="F2F4F8"/>
          </w:tcPr>
          <w:p>
            <w:pPr>
              <w:spacing w:after="20" w:line="240" w:lineRule="auto"/>
            </w:pPr>
            <w:r>
              <w:rPr>
                <w:b/>
                <w:bCs/>
                <w:caps/>
                <w:sz w:val="18"/>
                <w:szCs w:val="18"/>
              </w:rPr>
              <w:t>Account</w:t>
            </w:r>
          </w:p>
        </w:tc>
        <w:tc>
          <w:tcPr>
            <w:tcW w:type="dxa" w:w="1377"/>
            <w:shd w:val="clear" w:color="auto" w:fill="F2F4F8"/>
          </w:tcPr>
          <w:p>
            <w:pPr>
              <w:spacing w:after="20" w:line="240" w:lineRule="auto"/>
            </w:pPr>
            <w:r>
              <w:rPr>
                <w:b/>
                <w:bCs/>
                <w:caps/>
                <w:sz w:val="18"/>
                <w:szCs w:val="18"/>
              </w:rPr>
              <w:t>Account history</w:t>
            </w:r>
          </w:p>
        </w:tc>
        <w:tc>
          <w:tcPr>
            <w:tcW w:type="dxa" w:w="1377"/>
            <w:shd w:val="clear" w:color="auto" w:fill="F2F4F8"/>
          </w:tcPr>
          <w:p>
            <w:pPr>
              <w:spacing w:after="20" w:line="240" w:lineRule="auto"/>
            </w:pPr>
            <w:r>
              <w:rPr>
                <w:b/>
                <w:bCs/>
                <w:caps/>
                <w:sz w:val="18"/>
                <w:szCs w:val="18"/>
              </w:rPr>
              <w:t>Shop review</w:t>
            </w:r>
          </w:p>
        </w:tc>
        <w:tc>
          <w:tcPr>
            <w:tcW w:type="dxa" w:w="1377"/>
            <w:shd w:val="clear" w:color="auto" w:fill="F2F4F8"/>
          </w:tcPr>
          <w:p>
            <w:pPr>
              <w:spacing w:after="20" w:line="240" w:lineRule="auto"/>
            </w:pPr>
            <w:r>
              <w:rPr>
                <w:b/>
                <w:bCs/>
                <w:caps/>
                <w:sz w:val="18"/>
                <w:szCs w:val="18"/>
              </w:rPr>
              <w:t>Spa review</w:t>
            </w:r>
          </w:p>
        </w:tc>
        <w:tc>
          <w:tcPr>
            <w:tcW w:type="dxa" w:w="1377"/>
            <w:shd w:val="clear" w:color="auto" w:fill="F2F4F8"/>
          </w:tcPr>
          <w:p>
            <w:pPr>
              <w:spacing w:after="20" w:line="240" w:lineRule="auto"/>
            </w:pPr>
            <w:r>
              <w:rPr>
                <w:b/>
                <w:bCs/>
                <w:caps/>
                <w:sz w:val="18"/>
                <w:szCs w:val="18"/>
              </w:rPr>
              <w:t>Gap</w:t>
            </w:r>
          </w:p>
        </w:tc>
        <w:tc>
          <w:tcPr>
            <w:tcW w:type="dxa" w:w="1377"/>
            <w:shd w:val="clear" w:color="auto" w:fill="F2F4F8"/>
          </w:tcPr>
          <w:p>
            <w:pPr>
              <w:spacing w:after="20" w:line="240" w:lineRule="auto"/>
            </w:pPr>
            <w:r>
              <w:rPr>
                <w:b/>
                <w:bCs/>
                <w:caps/>
                <w:sz w:val="18"/>
                <w:szCs w:val="18"/>
              </w:rPr>
              <w:t>Spa review text</w:t>
            </w:r>
          </w:p>
        </w:tc>
      </w:tr>
      <w:tr>
        <w:trPr>
          <w:cantSplit/>
        </w:trPr>
        <w:tc>
          <w:tcPr>
            <w:tcW w:type="dxa" w:w="1377"/>
          </w:tcPr>
          <w:p>
            <w:pPr>
              <w:spacing w:after="20" w:line="240" w:lineRule="auto"/>
            </w:pPr>
            <w:r>
              <w:rPr>
                <w:sz w:val="18"/>
                <w:szCs w:val="18"/>
              </w:rPr>
              <w:t>1</w:t>
            </w:r>
          </w:p>
        </w:tc>
        <w:tc>
          <w:tcPr>
            <w:tcW w:type="dxa" w:w="1377"/>
          </w:tcPr>
          <w:p>
            <w:pPr>
              <w:spacing w:after="20" w:line="240" w:lineRule="auto"/>
            </w:pPr>
            <w:r>
              <w:rPr>
                <w:sz w:val="18"/>
                <w:szCs w:val="18"/>
              </w:rPr>
              <w:t>Zach Turner</w:t>
            </w:r>
          </w:p>
        </w:tc>
        <w:tc>
          <w:tcPr>
            <w:tcW w:type="dxa" w:w="1377"/>
          </w:tcPr>
          <w:p>
            <w:pPr>
              <w:spacing w:after="20" w:line="240" w:lineRule="auto"/>
            </w:pPr>
            <w:r>
              <w:rPr>
                <w:sz w:val="18"/>
                <w:szCs w:val="18"/>
              </w:rPr>
              <w:t>1 rating</w:t>
            </w:r>
          </w:p>
        </w:tc>
        <w:tc>
          <w:tcPr>
            <w:tcW w:type="dxa" w:w="1377"/>
          </w:tcPr>
          <w:p>
            <w:pPr>
              <w:spacing w:after="20" w:line="240" w:lineRule="auto"/>
            </w:pPr>
            <w:r>
              <w:rPr>
                <w:sz w:val="18"/>
                <w:szCs w:val="18"/>
              </w:rPr>
              <w:t>13 Jun 2022 13:34</w:t>
            </w:r>
          </w:p>
        </w:tc>
        <w:tc>
          <w:tcPr>
            <w:tcW w:type="dxa" w:w="1377"/>
          </w:tcPr>
          <w:p>
            <w:pPr>
              <w:spacing w:after="20" w:line="240" w:lineRule="auto"/>
            </w:pPr>
            <w:r>
              <w:rPr>
                <w:sz w:val="18"/>
                <w:szCs w:val="18"/>
              </w:rPr>
              <w:t>13 Jun 2022 13:36</w:t>
            </w:r>
          </w:p>
        </w:tc>
        <w:tc>
          <w:tcPr>
            <w:tcW w:type="dxa" w:w="1377"/>
          </w:tcPr>
          <w:p>
            <w:pPr>
              <w:spacing w:after="20" w:line="240" w:lineRule="auto"/>
            </w:pPr>
            <w:r>
              <w:rPr>
                <w:sz w:val="18"/>
                <w:szCs w:val="18"/>
              </w:rPr>
              <w:t>76 s</w:t>
            </w:r>
          </w:p>
        </w:tc>
        <w:tc>
          <w:tcPr>
            <w:tcW w:type="dxa" w:w="1377"/>
          </w:tcPr>
          <w:p>
            <w:pPr>
              <w:spacing w:after="20" w:line="240" w:lineRule="auto"/>
            </w:pPr>
            <w:r>
              <w:rPr>
                <w:sz w:val="18"/>
                <w:szCs w:val="18"/>
              </w:rPr>
              <w:t>best spa in columbus</w:t>
            </w:r>
          </w:p>
        </w:tc>
      </w:tr>
      <w:tr>
        <w:trPr>
          <w:cantSplit/>
        </w:trPr>
        <w:tc>
          <w:tcPr>
            <w:tcW w:type="dxa" w:w="1377"/>
          </w:tcPr>
          <w:p>
            <w:pPr>
              <w:spacing w:after="20" w:line="240" w:lineRule="auto"/>
            </w:pPr>
            <w:r>
              <w:rPr>
                <w:sz w:val="18"/>
                <w:szCs w:val="18"/>
              </w:rPr>
              <w:t>2</w:t>
            </w:r>
          </w:p>
        </w:tc>
        <w:tc>
          <w:tcPr>
            <w:tcW w:type="dxa" w:w="1377"/>
          </w:tcPr>
          <w:p>
            <w:pPr>
              <w:spacing w:after="20" w:line="240" w:lineRule="auto"/>
            </w:pPr>
            <w:r>
              <w:rPr>
                <w:sz w:val="18"/>
                <w:szCs w:val="18"/>
              </w:rPr>
              <w:t>Cody Ramirez</w:t>
            </w:r>
          </w:p>
        </w:tc>
        <w:tc>
          <w:tcPr>
            <w:tcW w:type="dxa" w:w="1377"/>
          </w:tcPr>
          <w:p>
            <w:pPr>
              <w:spacing w:after="20" w:line="240" w:lineRule="auto"/>
            </w:pPr>
            <w:r>
              <w:rPr>
                <w:sz w:val="18"/>
                <w:szCs w:val="18"/>
              </w:rPr>
              <w:t>2 ratings</w:t>
            </w:r>
          </w:p>
        </w:tc>
        <w:tc>
          <w:tcPr>
            <w:tcW w:type="dxa" w:w="1377"/>
          </w:tcPr>
          <w:p>
            <w:pPr>
              <w:spacing w:after="20" w:line="240" w:lineRule="auto"/>
            </w:pPr>
            <w:r>
              <w:rPr>
                <w:sz w:val="18"/>
                <w:szCs w:val="18"/>
              </w:rPr>
              <w:t>13 Jun 2022 13:49</w:t>
            </w:r>
          </w:p>
        </w:tc>
        <w:tc>
          <w:tcPr>
            <w:tcW w:type="dxa" w:w="1377"/>
          </w:tcPr>
          <w:p>
            <w:pPr>
              <w:spacing w:after="20" w:line="240" w:lineRule="auto"/>
            </w:pPr>
            <w:r>
              <w:rPr>
                <w:sz w:val="18"/>
                <w:szCs w:val="18"/>
              </w:rPr>
              <w:t>13 Jun 2022 13:49</w:t>
            </w:r>
          </w:p>
        </w:tc>
        <w:tc>
          <w:tcPr>
            <w:tcW w:type="dxa" w:w="1377"/>
          </w:tcPr>
          <w:p>
            <w:pPr>
              <w:spacing w:after="20" w:line="240" w:lineRule="auto"/>
            </w:pPr>
            <w:r>
              <w:rPr>
                <w:sz w:val="18"/>
                <w:szCs w:val="18"/>
              </w:rPr>
              <w:t>21 s</w:t>
            </w:r>
          </w:p>
        </w:tc>
        <w:tc>
          <w:tcPr>
            <w:tcW w:type="dxa" w:w="1377"/>
          </w:tcPr>
          <w:p>
            <w:pPr>
              <w:spacing w:after="20" w:line="240" w:lineRule="auto"/>
            </w:pPr>
            <w:r>
              <w:rPr>
                <w:sz w:val="18"/>
                <w:szCs w:val="18"/>
              </w:rPr>
              <w:t>(rating only)</w:t>
            </w:r>
          </w:p>
        </w:tc>
      </w:tr>
      <w:tr>
        <w:trPr>
          <w:cantSplit/>
        </w:trPr>
        <w:tc>
          <w:tcPr>
            <w:tcW w:type="dxa" w:w="1377"/>
          </w:tcPr>
          <w:p>
            <w:pPr>
              <w:spacing w:after="20" w:line="240" w:lineRule="auto"/>
            </w:pPr>
            <w:r>
              <w:rPr>
                <w:sz w:val="18"/>
                <w:szCs w:val="18"/>
              </w:rPr>
              <w:t>3</w:t>
            </w:r>
          </w:p>
        </w:tc>
        <w:tc>
          <w:tcPr>
            <w:tcW w:type="dxa" w:w="1377"/>
          </w:tcPr>
          <w:p>
            <w:pPr>
              <w:spacing w:after="20" w:line="240" w:lineRule="auto"/>
            </w:pPr>
            <w:r>
              <w:rPr>
                <w:sz w:val="18"/>
                <w:szCs w:val="18"/>
              </w:rPr>
              <w:t>Ashley Monroe</w:t>
            </w:r>
          </w:p>
        </w:tc>
        <w:tc>
          <w:tcPr>
            <w:tcW w:type="dxa" w:w="1377"/>
          </w:tcPr>
          <w:p>
            <w:pPr>
              <w:spacing w:after="20" w:line="240" w:lineRule="auto"/>
            </w:pPr>
            <w:r>
              <w:rPr>
                <w:sz w:val="18"/>
                <w:szCs w:val="18"/>
              </w:rPr>
              <w:t>12 ratings</w:t>
            </w:r>
          </w:p>
        </w:tc>
        <w:tc>
          <w:tcPr>
            <w:tcW w:type="dxa" w:w="1377"/>
          </w:tcPr>
          <w:p>
            <w:pPr>
              <w:spacing w:after="20" w:line="240" w:lineRule="auto"/>
            </w:pPr>
            <w:r>
              <w:rPr>
                <w:sz w:val="18"/>
                <w:szCs w:val="18"/>
              </w:rPr>
              <w:t>18 Jun 2022 19:20 (re-saved 26 Apr 2026 09:41)</w:t>
            </w:r>
          </w:p>
        </w:tc>
        <w:tc>
          <w:tcPr>
            <w:tcW w:type="dxa" w:w="1377"/>
          </w:tcPr>
          <w:p>
            <w:pPr>
              <w:spacing w:after="20" w:line="240" w:lineRule="auto"/>
            </w:pPr>
            <w:r>
              <w:rPr>
                <w:sz w:val="18"/>
                <w:szCs w:val="18"/>
              </w:rPr>
              <w:t>18 Jun 2022 19:22</w:t>
            </w:r>
          </w:p>
        </w:tc>
        <w:tc>
          <w:tcPr>
            <w:tcW w:type="dxa" w:w="1377"/>
          </w:tcPr>
          <w:p>
            <w:pPr>
              <w:spacing w:after="20" w:line="240" w:lineRule="auto"/>
            </w:pPr>
            <w:r>
              <w:rPr>
                <w:sz w:val="18"/>
                <w:szCs w:val="18"/>
              </w:rPr>
              <w:t>90 s</w:t>
            </w:r>
          </w:p>
        </w:tc>
        <w:tc>
          <w:tcPr>
            <w:tcW w:type="dxa" w:w="1377"/>
          </w:tcPr>
          <w:p>
            <w:pPr>
              <w:spacing w:after="20" w:line="240" w:lineRule="auto"/>
            </w:pPr>
            <w:r>
              <w:rPr>
                <w:sz w:val="18"/>
                <w:szCs w:val="18"/>
              </w:rPr>
              <w:t>I got my hydrafacial and now my face is glowing…</w:t>
            </w:r>
          </w:p>
        </w:tc>
      </w:tr>
      <w:tr>
        <w:trPr>
          <w:cantSplit/>
        </w:trPr>
        <w:tc>
          <w:tcPr>
            <w:tcW w:type="dxa" w:w="1377"/>
          </w:tcPr>
          <w:p>
            <w:pPr>
              <w:spacing w:after="20" w:line="240" w:lineRule="auto"/>
            </w:pPr>
            <w:r>
              <w:rPr>
                <w:sz w:val="18"/>
                <w:szCs w:val="18"/>
              </w:rPr>
              <w:t>4</w:t>
            </w:r>
          </w:p>
        </w:tc>
        <w:tc>
          <w:tcPr>
            <w:tcW w:type="dxa" w:w="1377"/>
          </w:tcPr>
          <w:p>
            <w:pPr>
              <w:spacing w:after="20" w:line="240" w:lineRule="auto"/>
            </w:pPr>
            <w:r>
              <w:rPr>
                <w:sz w:val="18"/>
                <w:szCs w:val="18"/>
              </w:rPr>
              <w:t>Lauren Fischer</w:t>
            </w:r>
          </w:p>
        </w:tc>
        <w:tc>
          <w:tcPr>
            <w:tcW w:type="dxa" w:w="1377"/>
          </w:tcPr>
          <w:p>
            <w:pPr>
              <w:spacing w:after="20" w:line="240" w:lineRule="auto"/>
            </w:pPr>
            <w:r>
              <w:rPr>
                <w:sz w:val="18"/>
                <w:szCs w:val="18"/>
              </w:rPr>
              <w:t>1 rating</w:t>
            </w:r>
          </w:p>
        </w:tc>
        <w:tc>
          <w:tcPr>
            <w:tcW w:type="dxa" w:w="1377"/>
          </w:tcPr>
          <w:p>
            <w:pPr>
              <w:spacing w:after="20" w:line="240" w:lineRule="auto"/>
            </w:pPr>
            <w:r>
              <w:rPr>
                <w:sz w:val="18"/>
                <w:szCs w:val="18"/>
              </w:rPr>
              <w:t>7 Sep 2022 15:29</w:t>
            </w:r>
          </w:p>
        </w:tc>
        <w:tc>
          <w:tcPr>
            <w:tcW w:type="dxa" w:w="1377"/>
          </w:tcPr>
          <w:p>
            <w:pPr>
              <w:spacing w:after="20" w:line="240" w:lineRule="auto"/>
            </w:pPr>
            <w:r>
              <w:rPr>
                <w:sz w:val="18"/>
                <w:szCs w:val="18"/>
              </w:rPr>
              <w:t>7 Sep 2022 15:30</w:t>
            </w:r>
          </w:p>
        </w:tc>
        <w:tc>
          <w:tcPr>
            <w:tcW w:type="dxa" w:w="1377"/>
          </w:tcPr>
          <w:p>
            <w:pPr>
              <w:spacing w:after="20" w:line="240" w:lineRule="auto"/>
            </w:pPr>
            <w:r>
              <w:rPr>
                <w:sz w:val="18"/>
                <w:szCs w:val="18"/>
              </w:rPr>
              <w:t>71 s</w:t>
            </w:r>
          </w:p>
        </w:tc>
        <w:tc>
          <w:tcPr>
            <w:tcW w:type="dxa" w:w="1377"/>
          </w:tcPr>
          <w:p>
            <w:pPr>
              <w:spacing w:after="20" w:line="240" w:lineRule="auto"/>
            </w:pPr>
            <w:r>
              <w:rPr>
                <w:sz w:val="18"/>
                <w:szCs w:val="18"/>
              </w:rPr>
              <w:t>Very good experience happy with my keratin treatment</w:t>
            </w:r>
          </w:p>
        </w:tc>
      </w:tr>
      <w:tr>
        <w:trPr>
          <w:cantSplit/>
        </w:trPr>
        <w:tc>
          <w:tcPr>
            <w:tcW w:type="dxa" w:w="1377"/>
          </w:tcPr>
          <w:p>
            <w:pPr>
              <w:spacing w:after="20" w:line="240" w:lineRule="auto"/>
            </w:pPr>
            <w:r>
              <w:rPr>
                <w:sz w:val="18"/>
                <w:szCs w:val="18"/>
              </w:rPr>
              <w:t>5</w:t>
            </w:r>
          </w:p>
        </w:tc>
        <w:tc>
          <w:tcPr>
            <w:tcW w:type="dxa" w:w="1377"/>
          </w:tcPr>
          <w:p>
            <w:pPr>
              <w:spacing w:after="20" w:line="240" w:lineRule="auto"/>
            </w:pPr>
            <w:r>
              <w:rPr>
                <w:sz w:val="18"/>
                <w:szCs w:val="18"/>
              </w:rPr>
              <w:t>Brandon Hughes</w:t>
            </w:r>
          </w:p>
        </w:tc>
        <w:tc>
          <w:tcPr>
            <w:tcW w:type="dxa" w:w="1377"/>
          </w:tcPr>
          <w:p>
            <w:pPr>
              <w:spacing w:after="20" w:line="240" w:lineRule="auto"/>
            </w:pPr>
            <w:r>
              <w:rPr>
                <w:sz w:val="18"/>
                <w:szCs w:val="18"/>
              </w:rPr>
              <w:t>3 ratings</w:t>
            </w:r>
          </w:p>
        </w:tc>
        <w:tc>
          <w:tcPr>
            <w:tcW w:type="dxa" w:w="1377"/>
          </w:tcPr>
          <w:p>
            <w:pPr>
              <w:spacing w:after="20" w:line="240" w:lineRule="auto"/>
            </w:pPr>
            <w:r>
              <w:rPr>
                <w:sz w:val="18"/>
                <w:szCs w:val="18"/>
              </w:rPr>
              <w:t>7 Sep 2022 15:48</w:t>
            </w:r>
          </w:p>
        </w:tc>
        <w:tc>
          <w:tcPr>
            <w:tcW w:type="dxa" w:w="1377"/>
          </w:tcPr>
          <w:p>
            <w:pPr>
              <w:spacing w:after="20" w:line="240" w:lineRule="auto"/>
            </w:pPr>
            <w:r>
              <w:rPr>
                <w:sz w:val="18"/>
                <w:szCs w:val="18"/>
              </w:rPr>
              <w:t>7 Sep 2022 15:49</w:t>
            </w:r>
          </w:p>
        </w:tc>
        <w:tc>
          <w:tcPr>
            <w:tcW w:type="dxa" w:w="1377"/>
          </w:tcPr>
          <w:p>
            <w:pPr>
              <w:spacing w:after="20" w:line="240" w:lineRule="auto"/>
            </w:pPr>
            <w:r>
              <w:rPr>
                <w:sz w:val="18"/>
                <w:szCs w:val="18"/>
              </w:rPr>
              <w:t>52 s</w:t>
            </w:r>
          </w:p>
        </w:tc>
        <w:tc>
          <w:tcPr>
            <w:tcW w:type="dxa" w:w="1377"/>
          </w:tcPr>
          <w:p>
            <w:pPr>
              <w:spacing w:after="20" w:line="240" w:lineRule="auto"/>
            </w:pPr>
            <w:r>
              <w:rPr>
                <w:sz w:val="18"/>
                <w:szCs w:val="18"/>
              </w:rPr>
              <w:t>Got makeup and a pedicure done at Glow Studio…</w:t>
            </w:r>
          </w:p>
        </w:tc>
      </w:tr>
      <w:tr>
        <w:trPr>
          <w:cantSplit/>
        </w:trPr>
        <w:tc>
          <w:tcPr>
            <w:tcW w:type="dxa" w:w="1377"/>
          </w:tcPr>
          <w:p>
            <w:pPr>
              <w:spacing w:after="20" w:line="240" w:lineRule="auto"/>
            </w:pPr>
            <w:r>
              <w:rPr>
                <w:sz w:val="18"/>
                <w:szCs w:val="18"/>
              </w:rPr>
              <w:t>6</w:t>
            </w:r>
          </w:p>
        </w:tc>
        <w:tc>
          <w:tcPr>
            <w:tcW w:type="dxa" w:w="1377"/>
          </w:tcPr>
          <w:p>
            <w:pPr>
              <w:spacing w:after="20" w:line="240" w:lineRule="auto"/>
            </w:pPr>
            <w:r>
              <w:rPr>
                <w:sz w:val="18"/>
                <w:szCs w:val="18"/>
              </w:rPr>
              <w:t>Marcus Bell</w:t>
            </w:r>
          </w:p>
        </w:tc>
        <w:tc>
          <w:tcPr>
            <w:tcW w:type="dxa" w:w="1377"/>
          </w:tcPr>
          <w:p>
            <w:pPr>
              <w:spacing w:after="20" w:line="240" w:lineRule="auto"/>
            </w:pPr>
            <w:r>
              <w:rPr>
                <w:sz w:val="18"/>
                <w:szCs w:val="18"/>
              </w:rPr>
              <w:t>10 ratings</w:t>
            </w:r>
          </w:p>
        </w:tc>
        <w:tc>
          <w:tcPr>
            <w:tcW w:type="dxa" w:w="1377"/>
          </w:tcPr>
          <w:p>
            <w:pPr>
              <w:spacing w:after="20" w:line="240" w:lineRule="auto"/>
            </w:pPr>
            <w:r>
              <w:rPr>
                <w:sz w:val="18"/>
                <w:szCs w:val="18"/>
              </w:rPr>
              <w:t>7 Sep 2022 15:51</w:t>
            </w:r>
          </w:p>
        </w:tc>
        <w:tc>
          <w:tcPr>
            <w:tcW w:type="dxa" w:w="1377"/>
          </w:tcPr>
          <w:p>
            <w:pPr>
              <w:spacing w:after="20" w:line="240" w:lineRule="auto"/>
            </w:pPr>
            <w:r>
              <w:rPr>
                <w:sz w:val="18"/>
                <w:szCs w:val="18"/>
              </w:rPr>
              <w:t>7 Sep 2022 15:52</w:t>
            </w:r>
          </w:p>
        </w:tc>
        <w:tc>
          <w:tcPr>
            <w:tcW w:type="dxa" w:w="1377"/>
          </w:tcPr>
          <w:p>
            <w:pPr>
              <w:spacing w:after="20" w:line="240" w:lineRule="auto"/>
            </w:pPr>
            <w:r>
              <w:rPr>
                <w:sz w:val="18"/>
                <w:szCs w:val="18"/>
              </w:rPr>
              <w:t>39 s</w:t>
            </w:r>
          </w:p>
        </w:tc>
        <w:tc>
          <w:tcPr>
            <w:tcW w:type="dxa" w:w="1377"/>
          </w:tcPr>
          <w:p>
            <w:pPr>
              <w:spacing w:after="20" w:line="240" w:lineRule="auto"/>
            </w:pPr>
            <w:r>
              <w:rPr>
                <w:sz w:val="18"/>
                <w:szCs w:val="18"/>
              </w:rPr>
              <w:t>(rating only)</w:t>
            </w:r>
          </w:p>
        </w:tc>
      </w:tr>
      <w:tr>
        <w:trPr>
          <w:cantSplit/>
        </w:trPr>
        <w:tc>
          <w:tcPr>
            <w:tcW w:type="dxa" w:w="1377"/>
          </w:tcPr>
          <w:p>
            <w:pPr>
              <w:spacing w:after="20" w:line="240" w:lineRule="auto"/>
            </w:pPr>
            <w:r>
              <w:rPr>
                <w:sz w:val="18"/>
                <w:szCs w:val="18"/>
              </w:rPr>
              <w:t>7</w:t>
            </w:r>
          </w:p>
        </w:tc>
        <w:tc>
          <w:tcPr>
            <w:tcW w:type="dxa" w:w="1377"/>
          </w:tcPr>
          <w:p>
            <w:pPr>
              <w:spacing w:after="20" w:line="240" w:lineRule="auto"/>
            </w:pPr>
            <w:r>
              <w:rPr>
                <w:sz w:val="18"/>
                <w:szCs w:val="18"/>
              </w:rPr>
              <w:t>Kayla Jennings</w:t>
            </w:r>
          </w:p>
        </w:tc>
        <w:tc>
          <w:tcPr>
            <w:tcW w:type="dxa" w:w="1377"/>
          </w:tcPr>
          <w:p>
            <w:pPr>
              <w:spacing w:after="20" w:line="240" w:lineRule="auto"/>
            </w:pPr>
            <w:r>
              <w:rPr>
                <w:sz w:val="18"/>
                <w:szCs w:val="18"/>
              </w:rPr>
              <w:t>1 rating</w:t>
            </w:r>
          </w:p>
        </w:tc>
        <w:tc>
          <w:tcPr>
            <w:tcW w:type="dxa" w:w="1377"/>
          </w:tcPr>
          <w:p>
            <w:pPr>
              <w:spacing w:after="20" w:line="240" w:lineRule="auto"/>
            </w:pPr>
            <w:r>
              <w:rPr>
                <w:sz w:val="18"/>
                <w:szCs w:val="18"/>
              </w:rPr>
              <w:t>13 Jun 2022 15:18</w:t>
            </w:r>
          </w:p>
        </w:tc>
        <w:tc>
          <w:tcPr>
            <w:tcW w:type="dxa" w:w="1377"/>
          </w:tcPr>
          <w:p>
            <w:pPr>
              <w:spacing w:after="20" w:line="240" w:lineRule="auto"/>
            </w:pPr>
            <w:r>
              <w:rPr>
                <w:sz w:val="18"/>
                <w:szCs w:val="18"/>
              </w:rPr>
              <w:t>13 Jun 2022 15:07</w:t>
            </w:r>
          </w:p>
        </w:tc>
        <w:tc>
          <w:tcPr>
            <w:tcW w:type="dxa" w:w="1377"/>
          </w:tcPr>
          <w:p>
            <w:pPr>
              <w:spacing w:after="20" w:line="240" w:lineRule="auto"/>
            </w:pPr>
            <w:r>
              <w:rPr>
                <w:sz w:val="18"/>
                <w:szCs w:val="18"/>
              </w:rPr>
              <w:t>12 min</w:t>
            </w:r>
          </w:p>
        </w:tc>
        <w:tc>
          <w:tcPr>
            <w:tcW w:type="dxa" w:w="1377"/>
          </w:tcPr>
          <w:p>
            <w:pPr>
              <w:spacing w:after="20" w:line="240" w:lineRule="auto"/>
            </w:pPr>
            <w:r>
              <w:rPr>
                <w:sz w:val="18"/>
                <w:szCs w:val="18"/>
              </w:rPr>
              <w:t>(rating only)</w:t>
            </w:r>
          </w:p>
        </w:tc>
      </w:tr>
      <w:tr>
        <w:trPr>
          <w:cantSplit/>
        </w:trPr>
        <w:tc>
          <w:tcPr>
            <w:tcW w:type="dxa" w:w="1377"/>
          </w:tcPr>
          <w:p>
            <w:pPr>
              <w:spacing w:after="20" w:line="240" w:lineRule="auto"/>
            </w:pPr>
            <w:r>
              <w:rPr>
                <w:sz w:val="18"/>
                <w:szCs w:val="18"/>
              </w:rPr>
              <w:t>8</w:t>
            </w:r>
          </w:p>
        </w:tc>
        <w:tc>
          <w:tcPr>
            <w:tcW w:type="dxa" w:w="1377"/>
          </w:tcPr>
          <w:p>
            <w:pPr>
              <w:spacing w:after="20" w:line="240" w:lineRule="auto"/>
            </w:pPr>
            <w:r>
              <w:rPr>
                <w:sz w:val="18"/>
                <w:szCs w:val="18"/>
              </w:rPr>
              <w:t>Travis Porter</w:t>
            </w:r>
          </w:p>
        </w:tc>
        <w:tc>
          <w:tcPr>
            <w:tcW w:type="dxa" w:w="1377"/>
          </w:tcPr>
          <w:p>
            <w:pPr>
              <w:spacing w:after="20" w:line="240" w:lineRule="auto"/>
            </w:pPr>
            <w:r>
              <w:rPr>
                <w:sz w:val="18"/>
                <w:szCs w:val="18"/>
              </w:rPr>
              <w:t>1 rating</w:t>
            </w:r>
          </w:p>
        </w:tc>
        <w:tc>
          <w:tcPr>
            <w:tcW w:type="dxa" w:w="1377"/>
          </w:tcPr>
          <w:p>
            <w:pPr>
              <w:spacing w:after="20" w:line="240" w:lineRule="auto"/>
            </w:pPr>
            <w:r>
              <w:rPr>
                <w:sz w:val="18"/>
                <w:szCs w:val="18"/>
              </w:rPr>
              <w:t>13 Jun 2022 15:08</w:t>
            </w:r>
          </w:p>
        </w:tc>
        <w:tc>
          <w:tcPr>
            <w:tcW w:type="dxa" w:w="1377"/>
          </w:tcPr>
          <w:p>
            <w:pPr>
              <w:spacing w:after="20" w:line="240" w:lineRule="auto"/>
            </w:pPr>
            <w:r>
              <w:rPr>
                <w:sz w:val="18"/>
                <w:szCs w:val="18"/>
              </w:rPr>
              <w:t>22 Jun 2022</w:t>
            </w:r>
          </w:p>
        </w:tc>
        <w:tc>
          <w:tcPr>
            <w:tcW w:type="dxa" w:w="1377"/>
          </w:tcPr>
          <w:p>
            <w:pPr>
              <w:spacing w:after="20" w:line="240" w:lineRule="auto"/>
            </w:pPr>
            <w:r>
              <w:rPr>
                <w:sz w:val="18"/>
                <w:szCs w:val="18"/>
              </w:rPr>
              <w:t>9 days</w:t>
            </w:r>
          </w:p>
        </w:tc>
        <w:tc>
          <w:tcPr>
            <w:tcW w:type="dxa" w:w="1377"/>
          </w:tcPr>
          <w:p>
            <w:pPr>
              <w:spacing w:after="20" w:line="240" w:lineRule="auto"/>
            </w:pPr>
            <w:r>
              <w:rPr>
                <w:sz w:val="18"/>
                <w:szCs w:val="18"/>
              </w:rPr>
              <w:t>(rating only)</w:t>
            </w:r>
          </w:p>
        </w:tc>
      </w:tr>
      <w:tr>
        <w:trPr>
          <w:cantSplit/>
        </w:trPr>
        <w:tc>
          <w:tcPr>
            <w:tcW w:type="dxa" w:w="1377"/>
          </w:tcPr>
          <w:p>
            <w:pPr>
              <w:spacing w:after="20" w:line="240" w:lineRule="auto"/>
            </w:pPr>
            <w:r>
              <w:rPr>
                <w:sz w:val="18"/>
                <w:szCs w:val="18"/>
              </w:rPr>
              <w:t>9</w:t>
            </w:r>
          </w:p>
        </w:tc>
        <w:tc>
          <w:tcPr>
            <w:tcW w:type="dxa" w:w="1377"/>
          </w:tcPr>
          <w:p>
            <w:pPr>
              <w:spacing w:after="20" w:line="240" w:lineRule="auto"/>
            </w:pPr>
            <w:r>
              <w:rPr>
                <w:sz w:val="18"/>
                <w:szCs w:val="18"/>
              </w:rPr>
              <w:t>Gary Lambert</w:t>
            </w:r>
          </w:p>
        </w:tc>
        <w:tc>
          <w:tcPr>
            <w:tcW w:type="dxa" w:w="1377"/>
          </w:tcPr>
          <w:p>
            <w:pPr>
              <w:spacing w:after="20" w:line="240" w:lineRule="auto"/>
            </w:pPr>
            <w:r>
              <w:rPr>
                <w:sz w:val="18"/>
                <w:szCs w:val="18"/>
              </w:rPr>
              <w:t>1 rating</w:t>
            </w:r>
          </w:p>
        </w:tc>
        <w:tc>
          <w:tcPr>
            <w:tcW w:type="dxa" w:w="1377"/>
          </w:tcPr>
          <w:p>
            <w:pPr>
              <w:spacing w:after="20" w:line="240" w:lineRule="auto"/>
            </w:pPr>
            <w:r>
              <w:rPr>
                <w:sz w:val="18"/>
                <w:szCs w:val="18"/>
              </w:rPr>
              <w:t>13 Jun 2022 15:36</w:t>
            </w:r>
          </w:p>
        </w:tc>
        <w:tc>
          <w:tcPr>
            <w:tcW w:type="dxa" w:w="1377"/>
          </w:tcPr>
          <w:p>
            <w:pPr>
              <w:spacing w:after="20" w:line="240" w:lineRule="auto"/>
            </w:pPr>
            <w:r>
              <w:rPr>
                <w:sz w:val="18"/>
                <w:szCs w:val="18"/>
              </w:rPr>
              <w:t>1 Apr 2022</w:t>
            </w:r>
          </w:p>
        </w:tc>
        <w:tc>
          <w:tcPr>
            <w:tcW w:type="dxa" w:w="1377"/>
          </w:tcPr>
          <w:p>
            <w:pPr>
              <w:spacing w:after="20" w:line="240" w:lineRule="auto"/>
            </w:pPr>
            <w:r>
              <w:rPr>
                <w:sz w:val="18"/>
                <w:szCs w:val="18"/>
              </w:rPr>
              <w:t>73 days</w:t>
            </w:r>
          </w:p>
        </w:tc>
        <w:tc>
          <w:tcPr>
            <w:tcW w:type="dxa" w:w="1377"/>
          </w:tcPr>
          <w:p>
            <w:pPr>
              <w:spacing w:after="20" w:line="240" w:lineRule="auto"/>
            </w:pPr>
            <w:r>
              <w:rPr>
                <w:sz w:val="18"/>
                <w:szCs w:val="18"/>
              </w:rPr>
              <w:t>(rating only)</w:t>
            </w:r>
          </w:p>
        </w:tc>
      </w:tr>
      <w:tr>
        <w:trPr>
          <w:cantSplit/>
        </w:trPr>
        <w:tc>
          <w:tcPr>
            <w:tcW w:type="dxa" w:w="1377"/>
          </w:tcPr>
          <w:p>
            <w:pPr>
              <w:spacing w:after="20" w:line="240" w:lineRule="auto"/>
            </w:pPr>
            <w:r>
              <w:rPr>
                <w:sz w:val="18"/>
                <w:szCs w:val="18"/>
              </w:rPr>
              <w:t>10</w:t>
            </w:r>
          </w:p>
        </w:tc>
        <w:tc>
          <w:tcPr>
            <w:tcW w:type="dxa" w:w="1377"/>
          </w:tcPr>
          <w:p>
            <w:pPr>
              <w:spacing w:after="20" w:line="240" w:lineRule="auto"/>
            </w:pPr>
            <w:r>
              <w:rPr>
                <w:sz w:val="18"/>
                <w:szCs w:val="18"/>
              </w:rPr>
              <w:t>Denise Cooper1</w:t>
            </w:r>
          </w:p>
        </w:tc>
        <w:tc>
          <w:tcPr>
            <w:tcW w:type="dxa" w:w="1377"/>
          </w:tcPr>
          <w:p>
            <w:pPr>
              <w:spacing w:after="20" w:line="240" w:lineRule="auto"/>
            </w:pPr>
            <w:r>
              <w:rPr>
                <w:sz w:val="18"/>
                <w:szCs w:val="18"/>
              </w:rPr>
              <w:t>—</w:t>
            </w:r>
          </w:p>
        </w:tc>
        <w:tc>
          <w:tcPr>
            <w:tcW w:type="dxa" w:w="1377"/>
          </w:tcPr>
          <w:p>
            <w:pPr>
              <w:spacing w:after="20" w:line="240" w:lineRule="auto"/>
            </w:pPr>
            <w:r>
              <w:rPr>
                <w:sz w:val="18"/>
                <w:szCs w:val="18"/>
              </w:rPr>
              <w:t>13 Jun 2022 19:45</w:t>
            </w:r>
          </w:p>
        </w:tc>
        <w:tc>
          <w:tcPr>
            <w:tcW w:type="dxa" w:w="1377"/>
          </w:tcPr>
          <w:p>
            <w:pPr>
              <w:spacing w:after="20" w:line="240" w:lineRule="auto"/>
            </w:pPr>
            <w:r>
              <w:rPr>
                <w:sz w:val="18"/>
                <w:szCs w:val="18"/>
              </w:rPr>
              <w:t>24 Aug 2022</w:t>
            </w:r>
          </w:p>
        </w:tc>
        <w:tc>
          <w:tcPr>
            <w:tcW w:type="dxa" w:w="1377"/>
          </w:tcPr>
          <w:p>
            <w:pPr>
              <w:spacing w:after="20" w:line="240" w:lineRule="auto"/>
            </w:pPr>
            <w:r>
              <w:rPr>
                <w:sz w:val="18"/>
                <w:szCs w:val="18"/>
              </w:rPr>
              <w:t>72 days</w:t>
            </w:r>
          </w:p>
        </w:tc>
        <w:tc>
          <w:tcPr>
            <w:tcW w:type="dxa" w:w="1377"/>
          </w:tcPr>
          <w:p>
            <w:pPr>
              <w:spacing w:after="20" w:line="240" w:lineRule="auto"/>
            </w:pPr>
            <w:r>
              <w:rPr>
                <w:sz w:val="18"/>
                <w:szCs w:val="18"/>
              </w:rPr>
              <w:t>Came in here for body contouring…</w:t>
            </w:r>
          </w:p>
        </w:tc>
      </w:tr>
      <w:tr>
        <w:trPr>
          <w:cantSplit/>
        </w:trPr>
        <w:tc>
          <w:tcPr>
            <w:tcW w:type="dxa" w:w="1377"/>
          </w:tcPr>
          <w:p>
            <w:pPr>
              <w:spacing w:after="20" w:line="240" w:lineRule="auto"/>
            </w:pPr>
            <w:r>
              <w:rPr>
                <w:sz w:val="18"/>
                <w:szCs w:val="18"/>
              </w:rPr>
              <w:t>11</w:t>
            </w:r>
          </w:p>
        </w:tc>
        <w:tc>
          <w:tcPr>
            <w:tcW w:type="dxa" w:w="1377"/>
          </w:tcPr>
          <w:p>
            <w:pPr>
              <w:spacing w:after="20" w:line="240" w:lineRule="auto"/>
            </w:pPr>
            <w:r>
              <w:rPr>
                <w:sz w:val="18"/>
                <w:szCs w:val="18"/>
              </w:rPr>
              <w:t>Paul Whitaker</w:t>
            </w:r>
          </w:p>
        </w:tc>
        <w:tc>
          <w:tcPr>
            <w:tcW w:type="dxa" w:w="1377"/>
          </w:tcPr>
          <w:p>
            <w:pPr>
              <w:spacing w:after="20" w:line="240" w:lineRule="auto"/>
            </w:pPr>
            <w:r>
              <w:rPr>
                <w:sz w:val="18"/>
                <w:szCs w:val="18"/>
              </w:rPr>
              <w:t>6 ratings</w:t>
            </w:r>
          </w:p>
        </w:tc>
        <w:tc>
          <w:tcPr>
            <w:tcW w:type="dxa" w:w="1377"/>
          </w:tcPr>
          <w:p>
            <w:pPr>
              <w:spacing w:after="20" w:line="240" w:lineRule="auto"/>
            </w:pPr>
            <w:r>
              <w:rPr>
                <w:sz w:val="18"/>
                <w:szCs w:val="18"/>
              </w:rPr>
              <w:t>7 Sep 2022 19:17</w:t>
            </w:r>
          </w:p>
        </w:tc>
        <w:tc>
          <w:tcPr>
            <w:tcW w:type="dxa" w:w="1377"/>
          </w:tcPr>
          <w:p>
            <w:pPr>
              <w:spacing w:after="20" w:line="240" w:lineRule="auto"/>
            </w:pPr>
            <w:r>
              <w:rPr>
                <w:sz w:val="18"/>
                <w:szCs w:val="18"/>
              </w:rPr>
              <w:t>25 Nov 2021</w:t>
            </w:r>
          </w:p>
        </w:tc>
        <w:tc>
          <w:tcPr>
            <w:tcW w:type="dxa" w:w="1377"/>
          </w:tcPr>
          <w:p>
            <w:pPr>
              <w:spacing w:after="20" w:line="240" w:lineRule="auto"/>
            </w:pPr>
            <w:r>
              <w:rPr>
                <w:sz w:val="18"/>
                <w:szCs w:val="18"/>
              </w:rPr>
              <w:t>286 days</w:t>
            </w:r>
          </w:p>
        </w:tc>
        <w:tc>
          <w:tcPr>
            <w:tcW w:type="dxa" w:w="1377"/>
          </w:tcPr>
          <w:p>
            <w:pPr>
              <w:spacing w:after="20" w:line="240" w:lineRule="auto"/>
            </w:pPr>
            <w:r>
              <w:rPr>
                <w:sz w:val="18"/>
                <w:szCs w:val="18"/>
              </w:rPr>
              <w:t>Maple Ridge Plaza location is one of the largest spas</w:t>
            </w:r>
          </w:p>
        </w:tc>
      </w:tr>
      <w:tr>
        <w:trPr>
          <w:cantSplit/>
        </w:trPr>
        <w:tc>
          <w:tcPr>
            <w:tcW w:type="dxa" w:w="1377"/>
          </w:tcPr>
          <w:p>
            <w:pPr>
              <w:spacing w:after="20" w:line="240" w:lineRule="auto"/>
            </w:pPr>
            <w:r>
              <w:rPr>
                <w:sz w:val="18"/>
                <w:szCs w:val="18"/>
              </w:rPr>
              <w:t>12</w:t>
            </w:r>
          </w:p>
        </w:tc>
        <w:tc>
          <w:tcPr>
            <w:tcW w:type="dxa" w:w="1377"/>
          </w:tcPr>
          <w:p>
            <w:pPr>
              <w:spacing w:after="20" w:line="240" w:lineRule="auto"/>
            </w:pPr>
            <w:r>
              <w:rPr>
                <w:sz w:val="18"/>
                <w:szCs w:val="18"/>
              </w:rPr>
              <w:t>Eric Sullivan</w:t>
            </w:r>
          </w:p>
        </w:tc>
        <w:tc>
          <w:tcPr>
            <w:tcW w:type="dxa" w:w="1377"/>
          </w:tcPr>
          <w:p>
            <w:pPr>
              <w:spacing w:after="20" w:line="240" w:lineRule="auto"/>
            </w:pPr>
            <w:r>
              <w:rPr>
                <w:sz w:val="18"/>
                <w:szCs w:val="18"/>
              </w:rPr>
              <w:t>1 rating</w:t>
            </w:r>
          </w:p>
        </w:tc>
        <w:tc>
          <w:tcPr>
            <w:tcW w:type="dxa" w:w="1377"/>
          </w:tcPr>
          <w:p>
            <w:pPr>
              <w:spacing w:after="20" w:line="240" w:lineRule="auto"/>
            </w:pPr>
            <w:r>
              <w:rPr>
                <w:sz w:val="18"/>
                <w:szCs w:val="18"/>
              </w:rPr>
              <w:t>21 Aug 2024 19:13</w:t>
            </w:r>
          </w:p>
        </w:tc>
        <w:tc>
          <w:tcPr>
            <w:tcW w:type="dxa" w:w="1377"/>
          </w:tcPr>
          <w:p>
            <w:pPr>
              <w:spacing w:after="20" w:line="240" w:lineRule="auto"/>
            </w:pPr>
            <w:r>
              <w:rPr>
                <w:sz w:val="18"/>
                <w:szCs w:val="18"/>
              </w:rPr>
              <w:t>5 Aug 2024</w:t>
            </w:r>
          </w:p>
        </w:tc>
        <w:tc>
          <w:tcPr>
            <w:tcW w:type="dxa" w:w="1377"/>
          </w:tcPr>
          <w:p>
            <w:pPr>
              <w:spacing w:after="20" w:line="240" w:lineRule="auto"/>
            </w:pPr>
            <w:r>
              <w:rPr>
                <w:sz w:val="18"/>
                <w:szCs w:val="18"/>
              </w:rPr>
              <w:t>16 days</w:t>
            </w:r>
          </w:p>
        </w:tc>
        <w:tc>
          <w:tcPr>
            <w:tcW w:type="dxa" w:w="1377"/>
          </w:tcPr>
          <w:p>
            <w:pPr>
              <w:spacing w:after="20" w:line="240" w:lineRule="auto"/>
            </w:pPr>
            <w:r>
              <w:rPr>
                <w:sz w:val="18"/>
                <w:szCs w:val="18"/>
              </w:rPr>
              <w:t>(rating only)</w:t>
            </w:r>
          </w:p>
        </w:tc>
      </w:tr>
      <w:tr>
        <w:trPr>
          <w:cantSplit/>
        </w:trPr>
        <w:tc>
          <w:tcPr>
            <w:tcW w:type="dxa" w:w="1377"/>
          </w:tcPr>
          <w:p>
            <w:pPr>
              <w:spacing w:after="20" w:line="240" w:lineRule="auto"/>
            </w:pPr>
            <w:r>
              <w:rPr>
                <w:sz w:val="18"/>
                <w:szCs w:val="18"/>
              </w:rPr>
              <w:t>13</w:t>
            </w:r>
          </w:p>
        </w:tc>
        <w:tc>
          <w:tcPr>
            <w:tcW w:type="dxa" w:w="1377"/>
          </w:tcPr>
          <w:p>
            <w:pPr>
              <w:spacing w:after="20" w:line="240" w:lineRule="auto"/>
            </w:pPr>
            <w:r>
              <w:rPr>
                <w:sz w:val="18"/>
                <w:szCs w:val="18"/>
              </w:rPr>
              <w:t>Dylan Foster</w:t>
            </w:r>
          </w:p>
        </w:tc>
        <w:tc>
          <w:tcPr>
            <w:tcW w:type="dxa" w:w="1377"/>
          </w:tcPr>
          <w:p>
            <w:pPr>
              <w:spacing w:after="20" w:line="240" w:lineRule="auto"/>
            </w:pPr>
            <w:r>
              <w:rPr>
                <w:sz w:val="18"/>
                <w:szCs w:val="18"/>
              </w:rPr>
              <w:t>2 ratings</w:t>
            </w:r>
          </w:p>
        </w:tc>
        <w:tc>
          <w:tcPr>
            <w:tcW w:type="dxa" w:w="1377"/>
          </w:tcPr>
          <w:p>
            <w:pPr>
              <w:spacing w:after="20" w:line="240" w:lineRule="auto"/>
            </w:pPr>
            <w:r>
              <w:rPr>
                <w:sz w:val="18"/>
                <w:szCs w:val="18"/>
              </w:rPr>
              <w:t>26 Apr 2026 11:45</w:t>
            </w:r>
          </w:p>
        </w:tc>
        <w:tc>
          <w:tcPr>
            <w:tcW w:type="dxa" w:w="1377"/>
          </w:tcPr>
          <w:p>
            <w:pPr>
              <w:spacing w:after="20" w:line="240" w:lineRule="auto"/>
            </w:pPr>
            <w:r>
              <w:rPr>
                <w:sz w:val="18"/>
                <w:szCs w:val="18"/>
              </w:rPr>
              <w:t>15 May 2026</w:t>
            </w:r>
          </w:p>
        </w:tc>
        <w:tc>
          <w:tcPr>
            <w:tcW w:type="dxa" w:w="1377"/>
          </w:tcPr>
          <w:p>
            <w:pPr>
              <w:spacing w:after="20" w:line="240" w:lineRule="auto"/>
            </w:pPr>
            <w:r>
              <w:rPr>
                <w:sz w:val="18"/>
                <w:szCs w:val="18"/>
              </w:rPr>
              <w:t>19 days</w:t>
            </w:r>
          </w:p>
        </w:tc>
        <w:tc>
          <w:tcPr>
            <w:tcW w:type="dxa" w:w="1377"/>
          </w:tcPr>
          <w:p>
            <w:pPr>
              <w:spacing w:after="20" w:line="240" w:lineRule="auto"/>
            </w:pPr>
            <w:r>
              <w:rPr>
                <w:sz w:val="18"/>
                <w:szCs w:val="18"/>
              </w:rPr>
              <w:t>(rating only)</w:t>
            </w:r>
          </w:p>
        </w:tc>
      </w:tr>
      <w:tr>
        <w:trPr>
          <w:cantSplit/>
        </w:trPr>
        <w:tc>
          <w:tcPr>
            <w:tcW w:type="dxa" w:w="1377"/>
          </w:tcPr>
          <w:p>
            <w:pPr>
              <w:spacing w:after="20" w:line="240" w:lineRule="auto"/>
            </w:pPr>
            <w:r>
              <w:rPr>
                <w:sz w:val="18"/>
                <w:szCs w:val="18"/>
              </w:rPr>
              <w:t>14</w:t>
            </w:r>
          </w:p>
        </w:tc>
        <w:tc>
          <w:tcPr>
            <w:tcW w:type="dxa" w:w="1377"/>
          </w:tcPr>
          <w:p>
            <w:pPr>
              <w:spacing w:after="20" w:line="240" w:lineRule="auto"/>
            </w:pPr>
            <w:r>
              <w:rPr>
                <w:sz w:val="18"/>
                <w:szCs w:val="18"/>
              </w:rPr>
              <w:t>Josh</w:t>
            </w:r>
          </w:p>
        </w:tc>
        <w:tc>
          <w:tcPr>
            <w:tcW w:type="dxa" w:w="1377"/>
          </w:tcPr>
          <w:p>
            <w:pPr>
              <w:spacing w:after="20" w:line="240" w:lineRule="auto"/>
            </w:pPr>
            <w:r>
              <w:rPr>
                <w:sz w:val="18"/>
                <w:szCs w:val="18"/>
              </w:rPr>
              <w:t>3 ratings</w:t>
            </w:r>
          </w:p>
        </w:tc>
        <w:tc>
          <w:tcPr>
            <w:tcW w:type="dxa" w:w="1377"/>
          </w:tcPr>
          <w:p>
            <w:pPr>
              <w:spacing w:after="20" w:line="240" w:lineRule="auto"/>
            </w:pPr>
            <w:r>
              <w:rPr>
                <w:sz w:val="18"/>
                <w:szCs w:val="18"/>
              </w:rPr>
              <w:t>26 Apr 2026 11:48</w:t>
            </w:r>
          </w:p>
        </w:tc>
        <w:tc>
          <w:tcPr>
            <w:tcW w:type="dxa" w:w="1377"/>
          </w:tcPr>
          <w:p>
            <w:pPr>
              <w:spacing w:after="20" w:line="240" w:lineRule="auto"/>
            </w:pPr>
            <w:r>
              <w:rPr>
                <w:sz w:val="18"/>
                <w:szCs w:val="18"/>
              </w:rPr>
              <w:t>17 May 2026</w:t>
            </w:r>
          </w:p>
        </w:tc>
        <w:tc>
          <w:tcPr>
            <w:tcW w:type="dxa" w:w="1377"/>
          </w:tcPr>
          <w:p>
            <w:pPr>
              <w:spacing w:after="20" w:line="240" w:lineRule="auto"/>
            </w:pPr>
            <w:r>
              <w:rPr>
                <w:sz w:val="18"/>
                <w:szCs w:val="18"/>
              </w:rPr>
              <w:t>21 days</w:t>
            </w:r>
          </w:p>
        </w:tc>
        <w:tc>
          <w:tcPr>
            <w:tcW w:type="dxa" w:w="1377"/>
          </w:tcPr>
          <w:p>
            <w:pPr>
              <w:spacing w:after="20" w:line="240" w:lineRule="auto"/>
            </w:pPr>
            <w:r>
              <w:rPr>
                <w:sz w:val="18"/>
                <w:szCs w:val="18"/>
              </w:rPr>
              <w:t>(rating only)</w:t>
            </w:r>
          </w:p>
        </w:tc>
      </w:tr>
    </w:tbl>
    <w:p>
      <w:r>
        <w:rPr/>
        <w:t>Rows 1 to 6 are the accounts with gaps measured in seconds. In a real report each row links the account and both reviews, so one review of an account covers its content at both businesses.</w:t>
      </w:r>
    </w:p>
    <w:p>
      <w:r>
        <w:rPr/>
        <w:t>Across the 264 profiles, 644 account pairs posted to the shop within an hour of each other. Thirty-nine of those pairs also reviewed another business in common, compared with 212 of all 34,716 possible pairs. The 39 pairs form 18 groups. This clustering is supporting context only; it does not establish common control or a breach for any individual account.</w:t>
      </w:r>
    </w:p>
    <w:p>
      <w:pPr>
        <w:pStyle w:val="Heading2"/>
      </w:pPr>
      <w:r>
        <w:rPr/>
        <w:t>4. Evidence set C: identical text from different accounts</w:t>
      </w:r>
    </w:p>
    <w:tbl>
      <w:tblPr>
        <w:tblStyle w:val="TableGrid"/>
        <w:tblW w:type="pct" w:w="5000"/>
        <w:tblLook w:firstColumn="1" w:firstRow="1" w:lastColumn="0" w:lastRow="0" w:noHBand="0" w:noVBand="1" w:val="04A0"/>
      </w:tblPr>
      <w:tblGrid>
        <w:gridCol w:w="1928"/>
        <w:gridCol w:w="1928"/>
        <w:gridCol w:w="1928"/>
        <w:gridCol w:w="1928"/>
        <w:gridCol w:w="1928"/>
      </w:tblGrid>
      <w:tr>
        <w:trPr>
          <w:cantSplit/>
          <w:tblHeader/>
        </w:trPr>
        <w:tc>
          <w:tcPr>
            <w:tcW w:type="dxa" w:w="1928"/>
            <w:shd w:val="clear" w:color="auto" w:fill="F2F4F8"/>
          </w:tcPr>
          <w:p>
            <w:pPr>
              <w:spacing w:after="20" w:line="240" w:lineRule="auto"/>
            </w:pPr>
            <w:r>
              <w:rPr>
                <w:b/>
                <w:bCs/>
                <w:caps/>
                <w:sz w:val="18"/>
                <w:szCs w:val="18"/>
              </w:rPr>
              <w:t>#</w:t>
            </w:r>
          </w:p>
        </w:tc>
        <w:tc>
          <w:tcPr>
            <w:tcW w:type="dxa" w:w="1928"/>
            <w:shd w:val="clear" w:color="auto" w:fill="F2F4F8"/>
          </w:tcPr>
          <w:p>
            <w:pPr>
              <w:spacing w:after="20" w:line="240" w:lineRule="auto"/>
            </w:pPr>
            <w:r>
              <w:rPr>
                <w:b/>
                <w:bCs/>
                <w:caps/>
                <w:sz w:val="18"/>
                <w:szCs w:val="18"/>
              </w:rPr>
              <w:t>Text</w:t>
            </w:r>
          </w:p>
        </w:tc>
        <w:tc>
          <w:tcPr>
            <w:tcW w:type="dxa" w:w="1928"/>
            <w:shd w:val="clear" w:color="auto" w:fill="F2F4F8"/>
          </w:tcPr>
          <w:p>
            <w:pPr>
              <w:spacing w:after="20" w:line="240" w:lineRule="auto"/>
            </w:pPr>
            <w:r>
              <w:rPr>
                <w:b/>
                <w:bCs/>
                <w:caps/>
                <w:sz w:val="18"/>
                <w:szCs w:val="18"/>
              </w:rPr>
              <w:t>Account A</w:t>
            </w:r>
          </w:p>
        </w:tc>
        <w:tc>
          <w:tcPr>
            <w:tcW w:type="dxa" w:w="1928"/>
            <w:shd w:val="clear" w:color="auto" w:fill="F2F4F8"/>
          </w:tcPr>
          <w:p>
            <w:pPr>
              <w:spacing w:after="20" w:line="240" w:lineRule="auto"/>
            </w:pPr>
            <w:r>
              <w:rPr>
                <w:b/>
                <w:bCs/>
                <w:caps/>
                <w:sz w:val="18"/>
                <w:szCs w:val="18"/>
              </w:rPr>
              <w:t>Account B</w:t>
            </w:r>
          </w:p>
        </w:tc>
        <w:tc>
          <w:tcPr>
            <w:tcW w:type="dxa" w:w="1928"/>
            <w:shd w:val="clear" w:color="auto" w:fill="F2F4F8"/>
          </w:tcPr>
          <w:p>
            <w:pPr>
              <w:spacing w:after="20" w:line="240" w:lineRule="auto"/>
            </w:pPr>
            <w:r>
              <w:rPr>
                <w:b/>
                <w:bCs/>
                <w:caps/>
                <w:sz w:val="18"/>
                <w:szCs w:val="18"/>
              </w:rPr>
              <w:t>Apart</w:t>
            </w:r>
          </w:p>
        </w:tc>
      </w:tr>
      <w:tr>
        <w:trPr>
          <w:cantSplit/>
        </w:trPr>
        <w:tc>
          <w:tcPr>
            <w:tcW w:type="dxa" w:w="1928"/>
          </w:tcPr>
          <w:p>
            <w:pPr>
              <w:spacing w:after="20" w:line="240" w:lineRule="auto"/>
            </w:pPr>
            <w:r>
              <w:rPr>
                <w:sz w:val="18"/>
                <w:szCs w:val="18"/>
              </w:rPr>
              <w:t>1</w:t>
            </w:r>
          </w:p>
        </w:tc>
        <w:tc>
          <w:tcPr>
            <w:tcW w:type="dxa" w:w="1928"/>
          </w:tcPr>
          <w:p>
            <w:pPr>
              <w:spacing w:after="20" w:line="240" w:lineRule="auto"/>
            </w:pPr>
            <w:r>
              <w:rPr>
                <w:sz w:val="18"/>
                <w:szCs w:val="18"/>
              </w:rPr>
              <w:t>Highly recommended for brake repair very smooth and quick experience</w:t>
            </w:r>
          </w:p>
        </w:tc>
        <w:tc>
          <w:tcPr>
            <w:tcW w:type="dxa" w:w="1928"/>
          </w:tcPr>
          <w:p>
            <w:pPr>
              <w:spacing w:after="20" w:line="240" w:lineRule="auto"/>
            </w:pPr>
            <w:r>
              <w:rPr>
                <w:sz w:val="18"/>
                <w:szCs w:val="18"/>
              </w:rPr>
              <w:t>TXG GAMER99 / 2022-11-01 · 1 review</w:t>
            </w:r>
          </w:p>
        </w:tc>
        <w:tc>
          <w:tcPr>
            <w:tcW w:type="dxa" w:w="1928"/>
          </w:tcPr>
          <w:p>
            <w:pPr>
              <w:spacing w:after="20" w:line="240" w:lineRule="auto"/>
            </w:pPr>
            <w:r>
              <w:rPr>
                <w:sz w:val="18"/>
                <w:szCs w:val="18"/>
              </w:rPr>
              <w:t>Logan Pierce / 2022-11-01 · 1 review</w:t>
            </w:r>
          </w:p>
        </w:tc>
        <w:tc>
          <w:tcPr>
            <w:tcW w:type="dxa" w:w="1928"/>
          </w:tcPr>
          <w:p>
            <w:pPr>
              <w:spacing w:after="20" w:line="240" w:lineRule="auto"/>
            </w:pPr>
            <w:r>
              <w:rPr>
                <w:sz w:val="18"/>
                <w:szCs w:val="18"/>
              </w:rPr>
              <w:t>18 minutes</w:t>
            </w:r>
          </w:p>
        </w:tc>
      </w:tr>
      <w:tr>
        <w:trPr>
          <w:cantSplit/>
        </w:trPr>
        <w:tc>
          <w:tcPr>
            <w:tcW w:type="dxa" w:w="1928"/>
          </w:tcPr>
          <w:p>
            <w:pPr>
              <w:spacing w:after="20" w:line="240" w:lineRule="auto"/>
            </w:pPr>
            <w:r>
              <w:rPr>
                <w:sz w:val="18"/>
                <w:szCs w:val="18"/>
              </w:rPr>
              <w:t>2</w:t>
            </w:r>
          </w:p>
        </w:tc>
        <w:tc>
          <w:tcPr>
            <w:tcW w:type="dxa" w:w="1928"/>
          </w:tcPr>
          <w:p>
            <w:pPr>
              <w:spacing w:after="20" w:line="240" w:lineRule="auto"/>
            </w:pPr>
            <w:r>
              <w:rPr>
                <w:sz w:val="18"/>
                <w:szCs w:val="18"/>
              </w:rPr>
              <w:t>"Great service ,great mechanic ,helpful staff very clean shop &amp; best garage in columbus."</w:t>
            </w:r>
          </w:p>
        </w:tc>
        <w:tc>
          <w:tcPr>
            <w:tcW w:type="dxa" w:w="1928"/>
          </w:tcPr>
          <w:p>
            <w:pPr>
              <w:spacing w:after="20" w:line="240" w:lineRule="auto"/>
            </w:pPr>
            <w:r>
              <w:rPr>
                <w:sz w:val="18"/>
                <w:szCs w:val="18"/>
              </w:rPr>
              <w:t>Viral Hits Daily / 2025-02-08 · 2 reviews</w:t>
            </w:r>
          </w:p>
        </w:tc>
        <w:tc>
          <w:tcPr>
            <w:tcW w:type="dxa" w:w="1928"/>
          </w:tcPr>
          <w:p>
            <w:pPr>
              <w:spacing w:after="20" w:line="240" w:lineRule="auto"/>
            </w:pPr>
            <w:r>
              <w:rPr>
                <w:sz w:val="18"/>
                <w:szCs w:val="18"/>
              </w:rPr>
              <w:t>Hannah Scott / 2025-07-09 · 1 review</w:t>
            </w:r>
          </w:p>
        </w:tc>
        <w:tc>
          <w:tcPr>
            <w:tcW w:type="dxa" w:w="1928"/>
          </w:tcPr>
          <w:p>
            <w:pPr>
              <w:spacing w:after="20" w:line="240" w:lineRule="auto"/>
            </w:pPr>
            <w:r>
              <w:rPr>
                <w:sz w:val="18"/>
                <w:szCs w:val="18"/>
              </w:rPr>
              <w:t>151 days</w:t>
            </w:r>
          </w:p>
        </w:tc>
      </w:tr>
      <w:tr>
        <w:trPr>
          <w:cantSplit/>
        </w:trPr>
        <w:tc>
          <w:tcPr>
            <w:tcW w:type="dxa" w:w="1928"/>
          </w:tcPr>
          <w:p>
            <w:pPr>
              <w:spacing w:after="20" w:line="240" w:lineRule="auto"/>
            </w:pPr>
            <w:r>
              <w:rPr>
                <w:sz w:val="18"/>
                <w:szCs w:val="18"/>
              </w:rPr>
              <w:t>3</w:t>
            </w:r>
          </w:p>
        </w:tc>
        <w:tc>
          <w:tcPr>
            <w:tcW w:type="dxa" w:w="1928"/>
          </w:tcPr>
          <w:p>
            <w:pPr>
              <w:spacing w:after="20" w:line="240" w:lineRule="auto"/>
            </w:pPr>
            <w:r>
              <w:rPr>
                <w:sz w:val="18"/>
                <w:szCs w:val="18"/>
              </w:rPr>
              <w:t>"Dan provided exceptional service on my car, explaining each step clearly. The shop is clean and modern. I felt comfortable and informed throug</w:t>
            </w:r>
          </w:p>
        </w:tc>
        <w:tc>
          <w:tcPr>
            <w:tcW w:type="dxa" w:w="1928"/>
          </w:tcPr>
          <w:p>
            <w:pPr>
              <w:spacing w:after="20" w:line="240" w:lineRule="auto"/>
            </w:pPr>
            <w:r>
              <w:rPr>
                <w:sz w:val="18"/>
                <w:szCs w:val="18"/>
              </w:rPr>
              <w:t>Nick4471 / 2026-03-01 · 2 reviews</w:t>
            </w:r>
          </w:p>
        </w:tc>
        <w:tc>
          <w:tcPr>
            <w:tcW w:type="dxa" w:w="1928"/>
          </w:tcPr>
          <w:p>
            <w:pPr>
              <w:spacing w:after="20" w:line="240" w:lineRule="auto"/>
            </w:pPr>
            <w:r>
              <w:rPr>
                <w:sz w:val="18"/>
                <w:szCs w:val="18"/>
              </w:rPr>
              <w:t>Rachel Kim / 2026-06-16 · 5 reviews</w:t>
            </w:r>
          </w:p>
        </w:tc>
        <w:tc>
          <w:tcPr>
            <w:tcW w:type="dxa" w:w="1928"/>
          </w:tcPr>
          <w:p>
            <w:pPr>
              <w:spacing w:after="20" w:line="240" w:lineRule="auto"/>
            </w:pPr>
            <w:r>
              <w:rPr>
                <w:sz w:val="18"/>
                <w:szCs w:val="18"/>
              </w:rPr>
              <w:t>107 days</w:t>
            </w:r>
          </w:p>
        </w:tc>
      </w:tr>
    </w:tbl>
    <w:p>
      <w:pPr>
        <w:pStyle w:val="ListBullet"/>
      </w:pPr>
      <w:r>
        <w:rPr/>
        <w:t>Pair 1: 18 minutes apart on 1 November 2022. Neither account has posted anything else on Google in the four years since.</w:t>
      </w:r>
    </w:p>
    <w:p>
      <w:pPr>
        <w:pStyle w:val="ListBullet"/>
      </w:pPr>
      <w:r>
        <w:rPr/>
        <w:t>Pair 2: the first copy is wrapped in pasted quotation marks and comes from an account named after an entertainment channel; the second is a single-review account.</w:t>
      </w:r>
    </w:p>
    <w:p>
      <w:pPr>
        <w:pStyle w:val="ListBullet"/>
      </w:pPr>
      <w:r>
        <w:rPr/>
        <w:t>Pair 3: 45 words, identical, 107 days apart. The first copy opens with a stray pasted quotation mark. The second was posted during the batch of 15–17 June 2026 that followed a detailed one-star review. The text names a member of staff.</w:t>
      </w:r>
    </w:p>
    <w:p>
      <w:pPr>
        <w:pStyle w:val="Heading2"/>
      </w:pPr>
      <w:r>
        <w:rPr/>
        <w:t>5. Evidence set D: possible professional affiliation</w:t>
      </w:r>
    </w:p>
    <w:p>
      <w:r>
        <w:rPr/>
        <w:t>PRECISION PARTS SUPPLY COLUMBUS gave the shop five stars with no text on 7 June 2022, during the largest batch on the listing (8–17 June 2022). It is the account of an auto-parts supplier and has no other contribution on Google.</w:t>
      </w:r>
    </w:p>
    <w:p>
      <w:r>
        <w:rPr/>
        <w:t>This record warrants a conflict-of-interest check because the reviewer is a business account in a related trade. Public information alone does not establish employment, a supply arrangement, a contract or any other affiliation with the shop.</w:t>
      </w:r>
    </w:p>
    <w:p>
      <w:pPr>
        <w:pStyle w:val="Heading2"/>
      </w:pPr>
      <w:r>
        <w:rPr/>
        <w:t>6. Context: unusual review volume and rating-only batches</w:t>
      </w:r>
    </w:p>
    <w:p>
      <w:r>
        <w:rPr/>
        <w:t>The listing averages about half a review per day. On 32 outlier days, review volume was substantially higher; those days contain 262 reviews. Google's policy names unusual volumes or patterns of contributions as a relevant signal. A high-volume day can also arise for ordinary reasons, so the table is for Google's internal comparison, not proof.</w:t>
      </w:r>
    </w:p>
    <w:tbl>
      <w:tblPr>
        <w:tblStyle w:val="TableGrid"/>
        <w:tblW w:type="pct" w:w="5000"/>
        <w:tblLook w:firstColumn="1" w:firstRow="1" w:lastColumn="0" w:lastRow="0" w:noHBand="0" w:noVBand="1" w:val="04A0"/>
      </w:tblPr>
      <w:tblGrid>
        <w:gridCol w:w="2409"/>
        <w:gridCol w:w="2409"/>
        <w:gridCol w:w="2409"/>
        <w:gridCol w:w="2409"/>
      </w:tblGrid>
      <w:tr>
        <w:trPr>
          <w:cantSplit/>
          <w:tblHeader/>
        </w:trPr>
        <w:tc>
          <w:tcPr>
            <w:tcW w:type="dxa" w:w="2409"/>
            <w:shd w:val="clear" w:color="auto" w:fill="F2F4F8"/>
          </w:tcPr>
          <w:p>
            <w:pPr>
              <w:spacing w:after="20" w:line="240" w:lineRule="auto"/>
            </w:pPr>
            <w:r>
              <w:rPr>
                <w:b/>
                <w:bCs/>
                <w:caps/>
                <w:sz w:val="18"/>
                <w:szCs w:val="18"/>
              </w:rPr>
              <w:t>Day</w:t>
            </w:r>
          </w:p>
        </w:tc>
        <w:tc>
          <w:tcPr>
            <w:tcW w:type="dxa" w:w="2409"/>
            <w:shd w:val="clear" w:color="auto" w:fill="F2F4F8"/>
          </w:tcPr>
          <w:p>
            <w:pPr>
              <w:spacing w:after="20" w:line="240" w:lineRule="auto"/>
            </w:pPr>
            <w:r>
              <w:rPr>
                <w:b/>
                <w:bCs/>
                <w:caps/>
                <w:sz w:val="18"/>
                <w:szCs w:val="18"/>
              </w:rPr>
              <w:t>Reviews</w:t>
            </w:r>
          </w:p>
        </w:tc>
        <w:tc>
          <w:tcPr>
            <w:tcW w:type="dxa" w:w="2409"/>
            <w:shd w:val="clear" w:color="auto" w:fill="F2F4F8"/>
          </w:tcPr>
          <w:p>
            <w:pPr>
              <w:spacing w:after="20" w:line="240" w:lineRule="auto"/>
            </w:pPr>
            <w:r>
              <w:rPr>
                <w:b/>
                <w:bCs/>
                <w:caps/>
                <w:sz w:val="18"/>
                <w:szCs w:val="18"/>
              </w:rPr>
              <w:t>Usual per day at the time</w:t>
            </w:r>
          </w:p>
        </w:tc>
        <w:tc>
          <w:tcPr>
            <w:tcW w:type="dxa" w:w="2409"/>
            <w:shd w:val="clear" w:color="auto" w:fill="F2F4F8"/>
          </w:tcPr>
          <w:p>
            <w:pPr>
              <w:spacing w:after="20" w:line="240" w:lineRule="auto"/>
            </w:pPr>
            <w:r>
              <w:rPr>
                <w:b/>
                <w:bCs/>
                <w:caps/>
                <w:sz w:val="18"/>
                <w:szCs w:val="18"/>
              </w:rPr>
              <w:t>Multiple</w:t>
            </w:r>
          </w:p>
        </w:tc>
      </w:tr>
      <w:tr>
        <w:trPr>
          <w:cantSplit/>
        </w:trPr>
        <w:tc>
          <w:tcPr>
            <w:tcW w:type="dxa" w:w="2409"/>
          </w:tcPr>
          <w:p>
            <w:pPr>
              <w:spacing w:after="20" w:line="240" w:lineRule="auto"/>
            </w:pPr>
            <w:r>
              <w:rPr>
                <w:sz w:val="18"/>
                <w:szCs w:val="18"/>
              </w:rPr>
              <w:t>2024-10-19</w:t>
            </w:r>
          </w:p>
        </w:tc>
        <w:tc>
          <w:tcPr>
            <w:tcW w:type="dxa" w:w="2409"/>
          </w:tcPr>
          <w:p>
            <w:pPr>
              <w:spacing w:after="20" w:line="240" w:lineRule="auto"/>
            </w:pPr>
            <w:r>
              <w:rPr>
                <w:sz w:val="18"/>
                <w:szCs w:val="18"/>
              </w:rPr>
              <w:t>35</w:t>
            </w:r>
          </w:p>
        </w:tc>
        <w:tc>
          <w:tcPr>
            <w:tcW w:type="dxa" w:w="2409"/>
          </w:tcPr>
          <w:p>
            <w:pPr>
              <w:spacing w:after="20" w:line="240" w:lineRule="auto"/>
            </w:pPr>
            <w:r>
              <w:rPr>
                <w:sz w:val="18"/>
                <w:szCs w:val="18"/>
              </w:rPr>
              <w:t>0.46</w:t>
            </w:r>
          </w:p>
        </w:tc>
        <w:tc>
          <w:tcPr>
            <w:tcW w:type="dxa" w:w="2409"/>
          </w:tcPr>
          <w:p>
            <w:pPr>
              <w:spacing w:after="20" w:line="240" w:lineRule="auto"/>
            </w:pPr>
            <w:r>
              <w:rPr>
                <w:sz w:val="18"/>
                <w:szCs w:val="18"/>
              </w:rPr>
              <w:t>76.8×</w:t>
            </w:r>
          </w:p>
        </w:tc>
      </w:tr>
      <w:tr>
        <w:trPr>
          <w:cantSplit/>
        </w:trPr>
        <w:tc>
          <w:tcPr>
            <w:tcW w:type="dxa" w:w="2409"/>
          </w:tcPr>
          <w:p>
            <w:pPr>
              <w:spacing w:after="20" w:line="240" w:lineRule="auto"/>
            </w:pPr>
            <w:r>
              <w:rPr>
                <w:sz w:val="18"/>
                <w:szCs w:val="18"/>
              </w:rPr>
              <w:t>2024-05-07</w:t>
            </w:r>
          </w:p>
        </w:tc>
        <w:tc>
          <w:tcPr>
            <w:tcW w:type="dxa" w:w="2409"/>
          </w:tcPr>
          <w:p>
            <w:pPr>
              <w:spacing w:after="20" w:line="240" w:lineRule="auto"/>
            </w:pPr>
            <w:r>
              <w:rPr>
                <w:sz w:val="18"/>
                <w:szCs w:val="18"/>
              </w:rPr>
              <w:t>17</w:t>
            </w:r>
          </w:p>
        </w:tc>
        <w:tc>
          <w:tcPr>
            <w:tcW w:type="dxa" w:w="2409"/>
          </w:tcPr>
          <w:p>
            <w:pPr>
              <w:spacing w:after="20" w:line="240" w:lineRule="auto"/>
            </w:pPr>
            <w:r>
              <w:rPr>
                <w:sz w:val="18"/>
                <w:szCs w:val="18"/>
              </w:rPr>
              <w:t>0.29</w:t>
            </w:r>
          </w:p>
        </w:tc>
        <w:tc>
          <w:tcPr>
            <w:tcW w:type="dxa" w:w="2409"/>
          </w:tcPr>
          <w:p>
            <w:pPr>
              <w:spacing w:after="20" w:line="240" w:lineRule="auto"/>
            </w:pPr>
            <w:r>
              <w:rPr>
                <w:sz w:val="18"/>
                <w:szCs w:val="18"/>
              </w:rPr>
              <w:t>58.8×</w:t>
            </w:r>
          </w:p>
        </w:tc>
      </w:tr>
      <w:tr>
        <w:trPr>
          <w:cantSplit/>
        </w:trPr>
        <w:tc>
          <w:tcPr>
            <w:tcW w:type="dxa" w:w="2409"/>
          </w:tcPr>
          <w:p>
            <w:pPr>
              <w:spacing w:after="20" w:line="240" w:lineRule="auto"/>
            </w:pPr>
            <w:r>
              <w:rPr>
                <w:sz w:val="18"/>
                <w:szCs w:val="18"/>
              </w:rPr>
              <w:t>2026-04-26</w:t>
            </w:r>
          </w:p>
        </w:tc>
        <w:tc>
          <w:tcPr>
            <w:tcW w:type="dxa" w:w="2409"/>
          </w:tcPr>
          <w:p>
            <w:pPr>
              <w:spacing w:after="20" w:line="240" w:lineRule="auto"/>
            </w:pPr>
            <w:r>
              <w:rPr>
                <w:sz w:val="18"/>
                <w:szCs w:val="18"/>
              </w:rPr>
              <w:t>11</w:t>
            </w:r>
          </w:p>
        </w:tc>
        <w:tc>
          <w:tcPr>
            <w:tcW w:type="dxa" w:w="2409"/>
          </w:tcPr>
          <w:p>
            <w:pPr>
              <w:spacing w:after="20" w:line="240" w:lineRule="auto"/>
            </w:pPr>
            <w:r>
              <w:rPr>
                <w:sz w:val="18"/>
                <w:szCs w:val="18"/>
              </w:rPr>
              <w:t>0.56</w:t>
            </w:r>
          </w:p>
        </w:tc>
        <w:tc>
          <w:tcPr>
            <w:tcW w:type="dxa" w:w="2409"/>
          </w:tcPr>
          <w:p>
            <w:pPr>
              <w:spacing w:after="20" w:line="240" w:lineRule="auto"/>
            </w:pPr>
            <w:r>
              <w:rPr>
                <w:sz w:val="18"/>
                <w:szCs w:val="18"/>
              </w:rPr>
              <w:t>19.8×</w:t>
            </w:r>
          </w:p>
        </w:tc>
      </w:tr>
      <w:tr>
        <w:trPr>
          <w:cantSplit/>
        </w:trPr>
        <w:tc>
          <w:tcPr>
            <w:tcW w:type="dxa" w:w="2409"/>
          </w:tcPr>
          <w:p>
            <w:pPr>
              <w:spacing w:after="20" w:line="240" w:lineRule="auto"/>
            </w:pPr>
            <w:r>
              <w:rPr>
                <w:sz w:val="18"/>
                <w:szCs w:val="18"/>
              </w:rPr>
              <w:t>2026-04-23</w:t>
            </w:r>
          </w:p>
        </w:tc>
        <w:tc>
          <w:tcPr>
            <w:tcW w:type="dxa" w:w="2409"/>
          </w:tcPr>
          <w:p>
            <w:pPr>
              <w:spacing w:after="20" w:line="240" w:lineRule="auto"/>
            </w:pPr>
            <w:r>
              <w:rPr>
                <w:sz w:val="18"/>
                <w:szCs w:val="18"/>
              </w:rPr>
              <w:t>9</w:t>
            </w:r>
          </w:p>
        </w:tc>
        <w:tc>
          <w:tcPr>
            <w:tcW w:type="dxa" w:w="2409"/>
          </w:tcPr>
          <w:p>
            <w:pPr>
              <w:spacing w:after="20" w:line="240" w:lineRule="auto"/>
            </w:pPr>
            <w:r>
              <w:rPr>
                <w:sz w:val="18"/>
                <w:szCs w:val="18"/>
              </w:rPr>
              <w:t>0.32</w:t>
            </w:r>
          </w:p>
        </w:tc>
        <w:tc>
          <w:tcPr>
            <w:tcW w:type="dxa" w:w="2409"/>
          </w:tcPr>
          <w:p>
            <w:pPr>
              <w:spacing w:after="20" w:line="240" w:lineRule="auto"/>
            </w:pPr>
            <w:r>
              <w:rPr>
                <w:sz w:val="18"/>
                <w:szCs w:val="18"/>
              </w:rPr>
              <w:t>27.9×</w:t>
            </w:r>
          </w:p>
        </w:tc>
      </w:tr>
      <w:tr>
        <w:trPr>
          <w:cantSplit/>
        </w:trPr>
        <w:tc>
          <w:tcPr>
            <w:tcW w:type="dxa" w:w="2409"/>
          </w:tcPr>
          <w:p>
            <w:pPr>
              <w:spacing w:after="20" w:line="240" w:lineRule="auto"/>
            </w:pPr>
            <w:r>
              <w:rPr>
                <w:sz w:val="18"/>
                <w:szCs w:val="18"/>
              </w:rPr>
              <w:t>2022-06-13</w:t>
            </w:r>
          </w:p>
        </w:tc>
        <w:tc>
          <w:tcPr>
            <w:tcW w:type="dxa" w:w="2409"/>
          </w:tcPr>
          <w:p>
            <w:pPr>
              <w:spacing w:after="20" w:line="240" w:lineRule="auto"/>
            </w:pPr>
            <w:r>
              <w:rPr>
                <w:sz w:val="18"/>
                <w:szCs w:val="18"/>
              </w:rPr>
              <w:t>12</w:t>
            </w:r>
          </w:p>
        </w:tc>
        <w:tc>
          <w:tcPr>
            <w:tcW w:type="dxa" w:w="2409"/>
          </w:tcPr>
          <w:p>
            <w:pPr>
              <w:spacing w:after="20" w:line="240" w:lineRule="auto"/>
            </w:pPr>
            <w:r>
              <w:rPr>
                <w:sz w:val="18"/>
                <w:szCs w:val="18"/>
              </w:rPr>
              <w:t>0.94</w:t>
            </w:r>
          </w:p>
        </w:tc>
        <w:tc>
          <w:tcPr>
            <w:tcW w:type="dxa" w:w="2409"/>
          </w:tcPr>
          <w:p>
            <w:pPr>
              <w:spacing w:after="20" w:line="240" w:lineRule="auto"/>
            </w:pPr>
            <w:r>
              <w:rPr>
                <w:sz w:val="18"/>
                <w:szCs w:val="18"/>
              </w:rPr>
              <w:t>12.7×</w:t>
            </w:r>
          </w:p>
        </w:tc>
      </w:tr>
      <w:tr>
        <w:trPr>
          <w:cantSplit/>
        </w:trPr>
        <w:tc>
          <w:tcPr>
            <w:tcW w:type="dxa" w:w="2409"/>
          </w:tcPr>
          <w:p>
            <w:pPr>
              <w:spacing w:after="20" w:line="240" w:lineRule="auto"/>
            </w:pPr>
            <w:r>
              <w:rPr>
                <w:sz w:val="18"/>
                <w:szCs w:val="18"/>
              </w:rPr>
              <w:t>2026-04-25</w:t>
            </w:r>
          </w:p>
        </w:tc>
        <w:tc>
          <w:tcPr>
            <w:tcW w:type="dxa" w:w="2409"/>
          </w:tcPr>
          <w:p>
            <w:pPr>
              <w:spacing w:after="20" w:line="240" w:lineRule="auto"/>
            </w:pPr>
            <w:r>
              <w:rPr>
                <w:sz w:val="18"/>
                <w:szCs w:val="18"/>
              </w:rPr>
              <w:t>9</w:t>
            </w:r>
          </w:p>
        </w:tc>
        <w:tc>
          <w:tcPr>
            <w:tcW w:type="dxa" w:w="2409"/>
          </w:tcPr>
          <w:p>
            <w:pPr>
              <w:spacing w:after="20" w:line="240" w:lineRule="auto"/>
            </w:pPr>
            <w:r>
              <w:rPr>
                <w:sz w:val="18"/>
                <w:szCs w:val="18"/>
              </w:rPr>
              <w:t>0.46</w:t>
            </w:r>
          </w:p>
        </w:tc>
        <w:tc>
          <w:tcPr>
            <w:tcW w:type="dxa" w:w="2409"/>
          </w:tcPr>
          <w:p>
            <w:pPr>
              <w:spacing w:after="20" w:line="240" w:lineRule="auto"/>
            </w:pPr>
            <w:r>
              <w:rPr>
                <w:sz w:val="18"/>
                <w:szCs w:val="18"/>
              </w:rPr>
              <w:t>19.8×</w:t>
            </w:r>
          </w:p>
        </w:tc>
      </w:tr>
      <w:tr>
        <w:trPr>
          <w:cantSplit/>
        </w:trPr>
        <w:tc>
          <w:tcPr>
            <w:tcW w:type="dxa" w:w="2409"/>
          </w:tcPr>
          <w:p>
            <w:pPr>
              <w:spacing w:after="20" w:line="240" w:lineRule="auto"/>
            </w:pPr>
            <w:r>
              <w:rPr>
                <w:sz w:val="18"/>
                <w:szCs w:val="18"/>
              </w:rPr>
              <w:t>2023-03-28</w:t>
            </w:r>
          </w:p>
        </w:tc>
        <w:tc>
          <w:tcPr>
            <w:tcW w:type="dxa" w:w="2409"/>
          </w:tcPr>
          <w:p>
            <w:pPr>
              <w:spacing w:after="20" w:line="240" w:lineRule="auto"/>
            </w:pPr>
            <w:r>
              <w:rPr>
                <w:sz w:val="18"/>
                <w:szCs w:val="18"/>
              </w:rPr>
              <w:t>10</w:t>
            </w:r>
          </w:p>
        </w:tc>
        <w:tc>
          <w:tcPr>
            <w:tcW w:type="dxa" w:w="2409"/>
          </w:tcPr>
          <w:p>
            <w:pPr>
              <w:spacing w:after="20" w:line="240" w:lineRule="auto"/>
            </w:pPr>
            <w:r>
              <w:rPr>
                <w:sz w:val="18"/>
                <w:szCs w:val="18"/>
              </w:rPr>
              <w:t>0.67</w:t>
            </w:r>
          </w:p>
        </w:tc>
        <w:tc>
          <w:tcPr>
            <w:tcW w:type="dxa" w:w="2409"/>
          </w:tcPr>
          <w:p>
            <w:pPr>
              <w:spacing w:after="20" w:line="240" w:lineRule="auto"/>
            </w:pPr>
            <w:r>
              <w:rPr>
                <w:sz w:val="18"/>
                <w:szCs w:val="18"/>
              </w:rPr>
              <w:t>15.0×</w:t>
            </w:r>
          </w:p>
        </w:tc>
      </w:tr>
      <w:tr>
        <w:trPr>
          <w:cantSplit/>
        </w:trPr>
        <w:tc>
          <w:tcPr>
            <w:tcW w:type="dxa" w:w="2409"/>
          </w:tcPr>
          <w:p>
            <w:pPr>
              <w:spacing w:after="20" w:line="240" w:lineRule="auto"/>
            </w:pPr>
            <w:r>
              <w:rPr>
                <w:sz w:val="18"/>
                <w:szCs w:val="18"/>
              </w:rPr>
              <w:t>2022-09-07</w:t>
            </w:r>
          </w:p>
        </w:tc>
        <w:tc>
          <w:tcPr>
            <w:tcW w:type="dxa" w:w="2409"/>
          </w:tcPr>
          <w:p>
            <w:pPr>
              <w:spacing w:after="20" w:line="240" w:lineRule="auto"/>
            </w:pPr>
            <w:r>
              <w:rPr>
                <w:sz w:val="18"/>
                <w:szCs w:val="18"/>
              </w:rPr>
              <w:t>12</w:t>
            </w:r>
          </w:p>
        </w:tc>
        <w:tc>
          <w:tcPr>
            <w:tcW w:type="dxa" w:w="2409"/>
          </w:tcPr>
          <w:p>
            <w:pPr>
              <w:spacing w:after="20" w:line="240" w:lineRule="auto"/>
            </w:pPr>
            <w:r>
              <w:rPr>
                <w:sz w:val="18"/>
                <w:szCs w:val="18"/>
              </w:rPr>
              <w:t>1.46</w:t>
            </w:r>
          </w:p>
        </w:tc>
        <w:tc>
          <w:tcPr>
            <w:tcW w:type="dxa" w:w="2409"/>
          </w:tcPr>
          <w:p>
            <w:pPr>
              <w:spacing w:after="20" w:line="240" w:lineRule="auto"/>
            </w:pPr>
            <w:r>
              <w:rPr>
                <w:sz w:val="18"/>
                <w:szCs w:val="18"/>
              </w:rPr>
              <w:t>8.2×</w:t>
            </w:r>
          </w:p>
        </w:tc>
      </w:tr>
    </w:tbl>
    <w:p>
      <w:r>
        <w:rPr/>
        <w:t>Each critical review in 2026 was followed within fourteen days by five-star volume several times the listing's usual rate. The timing does not establish that the later reviews were requested in response to criticism, but it gives Google a defined period for checking how reviews were requested, and account, device and incentive signals.</w:t>
      </w:r>
    </w:p>
    <w:tbl>
      <w:tblPr>
        <w:tblStyle w:val="TableGrid"/>
        <w:tblW w:type="pct" w:w="5000"/>
        <w:tblLook w:firstColumn="1" w:firstRow="1" w:lastColumn="0" w:lastRow="0" w:noHBand="0" w:noVBand="1" w:val="04A0"/>
      </w:tblPr>
      <w:tblGrid>
        <w:gridCol w:w="3213"/>
        <w:gridCol w:w="3213"/>
        <w:gridCol w:w="3213"/>
      </w:tblGrid>
      <w:tr>
        <w:trPr>
          <w:cantSplit/>
          <w:tblHeader/>
        </w:trPr>
        <w:tc>
          <w:tcPr>
            <w:tcW w:type="dxa" w:w="3213"/>
            <w:shd w:val="clear" w:color="auto" w:fill="F2F4F8"/>
          </w:tcPr>
          <w:p>
            <w:pPr>
              <w:spacing w:after="20" w:line="240" w:lineRule="auto"/>
            </w:pPr>
            <w:r>
              <w:rPr>
                <w:b/>
                <w:bCs/>
                <w:caps/>
                <w:sz w:val="18"/>
                <w:szCs w:val="18"/>
              </w:rPr>
              <w:t>Critical review</w:t>
            </w:r>
          </w:p>
        </w:tc>
        <w:tc>
          <w:tcPr>
            <w:tcW w:type="dxa" w:w="3213"/>
            <w:shd w:val="clear" w:color="auto" w:fill="F2F4F8"/>
          </w:tcPr>
          <w:p>
            <w:pPr>
              <w:spacing w:after="20" w:line="240" w:lineRule="auto"/>
            </w:pPr>
            <w:r>
              <w:rPr>
                <w:b/>
                <w:bCs/>
                <w:caps/>
                <w:sz w:val="18"/>
                <w:szCs w:val="18"/>
              </w:rPr>
              <w:t>Five-star reviews in the next 14 days</w:t>
            </w:r>
          </w:p>
        </w:tc>
        <w:tc>
          <w:tcPr>
            <w:tcW w:type="dxa" w:w="3213"/>
            <w:shd w:val="clear" w:color="auto" w:fill="F2F4F8"/>
          </w:tcPr>
          <w:p>
            <w:pPr>
              <w:spacing w:after="20" w:line="240" w:lineRule="auto"/>
            </w:pPr>
            <w:r>
              <w:rPr>
                <w:b/>
                <w:bCs/>
                <w:caps/>
                <w:sz w:val="18"/>
                <w:szCs w:val="18"/>
              </w:rPr>
              <w:t>Multiple of usual</w:t>
            </w:r>
          </w:p>
        </w:tc>
      </w:tr>
      <w:tr>
        <w:trPr>
          <w:cantSplit/>
        </w:trPr>
        <w:tc>
          <w:tcPr>
            <w:tcW w:type="dxa" w:w="3213"/>
          </w:tcPr>
          <w:p>
            <w:pPr>
              <w:spacing w:after="20" w:line="240" w:lineRule="auto"/>
            </w:pPr>
            <w:r>
              <w:rPr>
                <w:sz w:val="18"/>
                <w:szCs w:val="18"/>
              </w:rPr>
              <w:t>2022-12-01</w:t>
            </w:r>
          </w:p>
        </w:tc>
        <w:tc>
          <w:tcPr>
            <w:tcW w:type="dxa" w:w="3213"/>
          </w:tcPr>
          <w:p>
            <w:pPr>
              <w:spacing w:after="20" w:line="240" w:lineRule="auto"/>
            </w:pPr>
            <w:r>
              <w:rPr>
                <w:sz w:val="18"/>
                <w:szCs w:val="18"/>
              </w:rPr>
              <w:t>18</w:t>
            </w:r>
          </w:p>
        </w:tc>
        <w:tc>
          <w:tcPr>
            <w:tcW w:type="dxa" w:w="3213"/>
          </w:tcPr>
          <w:p>
            <w:pPr>
              <w:spacing w:after="20" w:line="240" w:lineRule="auto"/>
            </w:pPr>
            <w:r>
              <w:rPr>
                <w:sz w:val="18"/>
                <w:szCs w:val="18"/>
              </w:rPr>
              <w:t>2.4×</w:t>
            </w:r>
          </w:p>
        </w:tc>
      </w:tr>
      <w:tr>
        <w:trPr>
          <w:cantSplit/>
        </w:trPr>
        <w:tc>
          <w:tcPr>
            <w:tcW w:type="dxa" w:w="3213"/>
          </w:tcPr>
          <w:p>
            <w:pPr>
              <w:spacing w:after="20" w:line="240" w:lineRule="auto"/>
            </w:pPr>
            <w:r>
              <w:rPr>
                <w:sz w:val="18"/>
                <w:szCs w:val="18"/>
              </w:rPr>
              <w:t>2026-06-15</w:t>
            </w:r>
          </w:p>
        </w:tc>
        <w:tc>
          <w:tcPr>
            <w:tcW w:type="dxa" w:w="3213"/>
          </w:tcPr>
          <w:p>
            <w:pPr>
              <w:spacing w:after="20" w:line="240" w:lineRule="auto"/>
            </w:pPr>
            <w:r>
              <w:rPr>
                <w:sz w:val="18"/>
                <w:szCs w:val="18"/>
              </w:rPr>
              <w:t>30</w:t>
            </w:r>
          </w:p>
        </w:tc>
        <w:tc>
          <w:tcPr>
            <w:tcW w:type="dxa" w:w="3213"/>
          </w:tcPr>
          <w:p>
            <w:pPr>
              <w:spacing w:after="20" w:line="240" w:lineRule="auto"/>
            </w:pPr>
            <w:r>
              <w:rPr>
                <w:sz w:val="18"/>
                <w:szCs w:val="18"/>
              </w:rPr>
              <w:t>4.0×</w:t>
            </w:r>
          </w:p>
        </w:tc>
      </w:tr>
      <w:tr>
        <w:trPr>
          <w:cantSplit/>
        </w:trPr>
        <w:tc>
          <w:tcPr>
            <w:tcW w:type="dxa" w:w="3213"/>
          </w:tcPr>
          <w:p>
            <w:pPr>
              <w:spacing w:after="20" w:line="240" w:lineRule="auto"/>
            </w:pPr>
            <w:r>
              <w:rPr>
                <w:sz w:val="18"/>
                <w:szCs w:val="18"/>
              </w:rPr>
              <w:t>2026-06-17</w:t>
            </w:r>
          </w:p>
        </w:tc>
        <w:tc>
          <w:tcPr>
            <w:tcW w:type="dxa" w:w="3213"/>
          </w:tcPr>
          <w:p>
            <w:pPr>
              <w:spacing w:after="20" w:line="240" w:lineRule="auto"/>
            </w:pPr>
            <w:r>
              <w:rPr>
                <w:sz w:val="18"/>
                <w:szCs w:val="18"/>
              </w:rPr>
              <w:t>27</w:t>
            </w:r>
          </w:p>
        </w:tc>
        <w:tc>
          <w:tcPr>
            <w:tcW w:type="dxa" w:w="3213"/>
          </w:tcPr>
          <w:p>
            <w:pPr>
              <w:spacing w:after="20" w:line="240" w:lineRule="auto"/>
            </w:pPr>
            <w:r>
              <w:rPr>
                <w:sz w:val="18"/>
                <w:szCs w:val="18"/>
              </w:rPr>
              <w:t>3.6×</w:t>
            </w:r>
          </w:p>
        </w:tc>
      </w:tr>
      <w:tr>
        <w:trPr>
          <w:cantSplit/>
        </w:trPr>
        <w:tc>
          <w:tcPr>
            <w:tcW w:type="dxa" w:w="3213"/>
          </w:tcPr>
          <w:p>
            <w:pPr>
              <w:spacing w:after="20" w:line="240" w:lineRule="auto"/>
            </w:pPr>
            <w:r>
              <w:rPr>
                <w:sz w:val="18"/>
                <w:szCs w:val="18"/>
              </w:rPr>
              <w:t>2026-06-17</w:t>
            </w:r>
          </w:p>
        </w:tc>
        <w:tc>
          <w:tcPr>
            <w:tcW w:type="dxa" w:w="3213"/>
          </w:tcPr>
          <w:p>
            <w:pPr>
              <w:spacing w:after="20" w:line="240" w:lineRule="auto"/>
            </w:pPr>
            <w:r>
              <w:rPr>
                <w:sz w:val="18"/>
                <w:szCs w:val="18"/>
              </w:rPr>
              <w:t>24</w:t>
            </w:r>
          </w:p>
        </w:tc>
        <w:tc>
          <w:tcPr>
            <w:tcW w:type="dxa" w:w="3213"/>
          </w:tcPr>
          <w:p>
            <w:pPr>
              <w:spacing w:after="20" w:line="240" w:lineRule="auto"/>
            </w:pPr>
            <w:r>
              <w:rPr>
                <w:sz w:val="18"/>
                <w:szCs w:val="18"/>
              </w:rPr>
              <w:t>3.2×</w:t>
            </w:r>
          </w:p>
        </w:tc>
      </w:tr>
      <w:tr>
        <w:trPr>
          <w:cantSplit/>
        </w:trPr>
        <w:tc>
          <w:tcPr>
            <w:tcW w:type="dxa" w:w="3213"/>
          </w:tcPr>
          <w:p>
            <w:pPr>
              <w:spacing w:after="20" w:line="240" w:lineRule="auto"/>
            </w:pPr>
            <w:r>
              <w:rPr>
                <w:sz w:val="18"/>
                <w:szCs w:val="18"/>
              </w:rPr>
              <w:t>2026-07-16</w:t>
            </w:r>
          </w:p>
        </w:tc>
        <w:tc>
          <w:tcPr>
            <w:tcW w:type="dxa" w:w="3213"/>
          </w:tcPr>
          <w:p>
            <w:pPr>
              <w:spacing w:after="20" w:line="240" w:lineRule="auto"/>
            </w:pPr>
            <w:r>
              <w:rPr>
                <w:sz w:val="18"/>
                <w:szCs w:val="18"/>
              </w:rPr>
              <w:t>17</w:t>
            </w:r>
          </w:p>
        </w:tc>
        <w:tc>
          <w:tcPr>
            <w:tcW w:type="dxa" w:w="3213"/>
          </w:tcPr>
          <w:p>
            <w:pPr>
              <w:spacing w:after="20" w:line="240" w:lineRule="auto"/>
            </w:pPr>
            <w:r>
              <w:rPr>
                <w:sz w:val="18"/>
                <w:szCs w:val="18"/>
              </w:rPr>
              <w:t>2.2×</w:t>
            </w:r>
          </w:p>
        </w:tc>
      </w:tr>
      <w:tr>
        <w:trPr>
          <w:cantSplit/>
        </w:trPr>
        <w:tc>
          <w:tcPr>
            <w:tcW w:type="dxa" w:w="3213"/>
          </w:tcPr>
          <w:p>
            <w:pPr>
              <w:spacing w:after="20" w:line="240" w:lineRule="auto"/>
            </w:pPr>
            <w:r>
              <w:rPr>
                <w:sz w:val="18"/>
                <w:szCs w:val="18"/>
              </w:rPr>
              <w:t>2026-08-31</w:t>
            </w:r>
          </w:p>
        </w:tc>
        <w:tc>
          <w:tcPr>
            <w:tcW w:type="dxa" w:w="3213"/>
          </w:tcPr>
          <w:p>
            <w:pPr>
              <w:spacing w:after="20" w:line="240" w:lineRule="auto"/>
            </w:pPr>
            <w:r>
              <w:rPr>
                <w:sz w:val="18"/>
                <w:szCs w:val="18"/>
              </w:rPr>
              <w:t>26</w:t>
            </w:r>
          </w:p>
        </w:tc>
        <w:tc>
          <w:tcPr>
            <w:tcW w:type="dxa" w:w="3213"/>
          </w:tcPr>
          <w:p>
            <w:pPr>
              <w:spacing w:after="20" w:line="240" w:lineRule="auto"/>
            </w:pPr>
            <w:r>
              <w:rPr>
                <w:sz w:val="18"/>
                <w:szCs w:val="18"/>
              </w:rPr>
              <w:t>3.4×</w:t>
            </w:r>
          </w:p>
        </w:tc>
      </w:tr>
    </w:tbl>
    <w:p>
      <w:pPr>
        <w:pStyle w:val="Heading3"/>
      </w:pPr>
      <w:r>
        <w:rPr/>
        <w:t>6.1 April 2026 batch, observed live</w:t>
      </w:r>
    </w:p>
    <w:p>
      <w:r>
        <w:rPr/>
        <w:t>The listing was viewed and photographed at 00:14 and again at 13:35 on Sunday 26 April 2026 (Exhibits 1 to 5). 41 reviews carry timestamps in 23–28 April, two of which are older reviews re-saved. Six were posted between 23:18 on Saturday and 00:33 on Sunday, four of them within ten minutes. Eleven more were posted between 11:39 and 13:31 on Sunday, mostly rating-only from accounts with no other reviews.</w:t>
      </w:r>
    </w:p>
    <w:tbl>
      <w:tblPr>
        <w:tblStyle w:val="TableGrid"/>
        <w:tblW w:type="pct" w:w="5000"/>
        <w:tblLook w:firstColumn="1" w:firstRow="1" w:lastColumn="0" w:lastRow="0" w:noHBand="0" w:noVBand="1" w:val="04A0"/>
      </w:tblPr>
      <w:tblGrid>
        <w:gridCol w:w="1606"/>
        <w:gridCol w:w="1606"/>
        <w:gridCol w:w="1606"/>
        <w:gridCol w:w="1606"/>
        <w:gridCol w:w="1606"/>
        <w:gridCol w:w="1606"/>
      </w:tblGrid>
      <w:tr>
        <w:trPr>
          <w:cantSplit/>
          <w:tblHeader/>
        </w:trPr>
        <w:tc>
          <w:tcPr>
            <w:tcW w:type="dxa" w:w="1606"/>
            <w:shd w:val="clear" w:color="auto" w:fill="F2F4F8"/>
          </w:tcPr>
          <w:p>
            <w:pPr>
              <w:spacing w:after="20" w:line="240" w:lineRule="auto"/>
            </w:pPr>
            <w:r>
              <w:rPr>
                <w:b/>
                <w:bCs/>
                <w:caps/>
                <w:sz w:val="18"/>
                <w:szCs w:val="18"/>
              </w:rPr>
              <w:t>Posted</w:t>
            </w:r>
          </w:p>
        </w:tc>
        <w:tc>
          <w:tcPr>
            <w:tcW w:type="dxa" w:w="1606"/>
            <w:shd w:val="clear" w:color="auto" w:fill="F2F4F8"/>
          </w:tcPr>
          <w:p>
            <w:pPr>
              <w:spacing w:after="20" w:line="240" w:lineRule="auto"/>
            </w:pPr>
            <w:r>
              <w:rPr>
                <w:b/>
                <w:bCs/>
                <w:caps/>
                <w:sz w:val="18"/>
                <w:szCs w:val="18"/>
              </w:rPr>
              <w:t>Reviewer</w:t>
            </w:r>
          </w:p>
        </w:tc>
        <w:tc>
          <w:tcPr>
            <w:tcW w:type="dxa" w:w="1606"/>
            <w:shd w:val="clear" w:color="auto" w:fill="F2F4F8"/>
          </w:tcPr>
          <w:p>
            <w:pPr>
              <w:spacing w:after="20" w:line="240" w:lineRule="auto"/>
            </w:pPr>
            <w:r>
              <w:rPr>
                <w:b/>
                <w:bCs/>
                <w:caps/>
                <w:sz w:val="18"/>
                <w:szCs w:val="18"/>
              </w:rPr>
              <w:t>★</w:t>
            </w:r>
          </w:p>
        </w:tc>
        <w:tc>
          <w:tcPr>
            <w:tcW w:type="dxa" w:w="1606"/>
            <w:shd w:val="clear" w:color="auto" w:fill="F2F4F8"/>
          </w:tcPr>
          <w:p>
            <w:pPr>
              <w:spacing w:after="20" w:line="240" w:lineRule="auto"/>
            </w:pPr>
            <w:r>
              <w:rPr>
                <w:b/>
                <w:bCs/>
                <w:caps/>
                <w:sz w:val="18"/>
                <w:szCs w:val="18"/>
              </w:rPr>
              <w:t>Their reviews</w:t>
            </w:r>
          </w:p>
        </w:tc>
        <w:tc>
          <w:tcPr>
            <w:tcW w:type="dxa" w:w="1606"/>
            <w:shd w:val="clear" w:color="auto" w:fill="F2F4F8"/>
          </w:tcPr>
          <w:p>
            <w:pPr>
              <w:spacing w:after="20" w:line="240" w:lineRule="auto"/>
            </w:pPr>
            <w:r>
              <w:rPr>
                <w:b/>
                <w:bCs/>
                <w:caps/>
                <w:sz w:val="18"/>
                <w:szCs w:val="18"/>
              </w:rPr>
              <w:t>Text</w:t>
            </w:r>
          </w:p>
        </w:tc>
        <w:tc>
          <w:tcPr>
            <w:tcW w:type="dxa" w:w="1606"/>
            <w:shd w:val="clear" w:color="auto" w:fill="F2F4F8"/>
          </w:tcPr>
          <w:p>
            <w:pPr>
              <w:spacing w:after="20" w:line="240" w:lineRule="auto"/>
            </w:pPr>
            <w:r>
              <w:rPr>
                <w:b/>
                <w:bCs/>
                <w:caps/>
                <w:sz w:val="18"/>
                <w:szCs w:val="18"/>
              </w:rPr>
              <w:t>Note</w:t>
            </w:r>
          </w:p>
        </w:tc>
      </w:tr>
      <w:tr>
        <w:trPr>
          <w:cantSplit/>
        </w:trPr>
        <w:tc>
          <w:tcPr>
            <w:tcW w:type="dxa" w:w="1606"/>
          </w:tcPr>
          <w:p>
            <w:pPr>
              <w:spacing w:after="20" w:line="240" w:lineRule="auto"/>
            </w:pPr>
            <w:r>
              <w:rPr>
                <w:sz w:val="18"/>
                <w:szCs w:val="18"/>
              </w:rPr>
              <w:t>23 Apr 2026</w:t>
            </w:r>
          </w:p>
        </w:tc>
        <w:tc>
          <w:tcPr>
            <w:tcW w:type="dxa" w:w="1606"/>
          </w:tcPr>
          <w:p>
            <w:pPr>
              <w:spacing w:after="20" w:line="240" w:lineRule="auto"/>
            </w:pPr>
            <w:r>
              <w:rPr>
                <w:sz w:val="18"/>
                <w:szCs w:val="18"/>
              </w:rPr>
              <w:t>Julie Carter</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4</w:t>
            </w:r>
          </w:p>
        </w:tc>
        <w:tc>
          <w:tcPr>
            <w:tcW w:type="dxa" w:w="1606"/>
          </w:tcPr>
          <w:p>
            <w:pPr>
              <w:spacing w:after="20" w:line="240" w:lineRule="auto"/>
            </w:pPr>
            <w:r>
              <w:rPr>
                <w:sz w:val="18"/>
                <w:szCs w:val="18"/>
              </w:rPr>
              <w:t>Exceptional service, quick turnaround, and a truly stress-free experienc</w:t>
            </w:r>
          </w:p>
        </w:tc>
        <w:tc>
          <w:tcPr>
            <w:tcW w:type="dxa" w:w="1606"/>
          </w:tcPr>
          <w:p>
            <w:pPr>
              <w:spacing w:after="20" w:line="240" w:lineRule="auto"/>
            </w:pPr>
          </w:p>
        </w:tc>
      </w:tr>
      <w:tr>
        <w:trPr>
          <w:cantSplit/>
        </w:trPr>
        <w:tc>
          <w:tcPr>
            <w:tcW w:type="dxa" w:w="1606"/>
          </w:tcPr>
          <w:p>
            <w:pPr>
              <w:spacing w:after="20" w:line="240" w:lineRule="auto"/>
            </w:pPr>
            <w:r>
              <w:rPr>
                <w:sz w:val="18"/>
                <w:szCs w:val="18"/>
              </w:rPr>
              <w:t>23 Apr 2026</w:t>
            </w:r>
          </w:p>
        </w:tc>
        <w:tc>
          <w:tcPr>
            <w:tcW w:type="dxa" w:w="1606"/>
          </w:tcPr>
          <w:p>
            <w:pPr>
              <w:spacing w:after="20" w:line="240" w:lineRule="auto"/>
            </w:pPr>
            <w:r>
              <w:rPr>
                <w:sz w:val="18"/>
                <w:szCs w:val="18"/>
              </w:rPr>
              <w:t>Aaron Kelly</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1</w:t>
            </w:r>
          </w:p>
        </w:tc>
        <w:tc>
          <w:tcPr>
            <w:tcW w:type="dxa" w:w="1606"/>
          </w:tcPr>
          <w:p>
            <w:pPr>
              <w:spacing w:after="20" w:line="240" w:lineRule="auto"/>
            </w:pPr>
            <w:r>
              <w:rPr>
                <w:sz w:val="18"/>
                <w:szCs w:val="18"/>
              </w:rPr>
              <w:t>Good repair work done</w:t>
            </w:r>
          </w:p>
        </w:tc>
        <w:tc>
          <w:tcPr>
            <w:tcW w:type="dxa" w:w="1606"/>
          </w:tcPr>
          <w:p>
            <w:pPr>
              <w:spacing w:after="20" w:line="240" w:lineRule="auto"/>
            </w:pPr>
          </w:p>
        </w:tc>
      </w:tr>
      <w:tr>
        <w:trPr>
          <w:cantSplit/>
        </w:trPr>
        <w:tc>
          <w:tcPr>
            <w:tcW w:type="dxa" w:w="1606"/>
          </w:tcPr>
          <w:p>
            <w:pPr>
              <w:spacing w:after="20" w:line="240" w:lineRule="auto"/>
            </w:pPr>
            <w:r>
              <w:rPr>
                <w:sz w:val="18"/>
                <w:szCs w:val="18"/>
              </w:rPr>
              <w:t>23 Apr 2026</w:t>
            </w:r>
          </w:p>
        </w:tc>
        <w:tc>
          <w:tcPr>
            <w:tcW w:type="dxa" w:w="1606"/>
          </w:tcPr>
          <w:p>
            <w:pPr>
              <w:spacing w:after="20" w:line="240" w:lineRule="auto"/>
            </w:pPr>
            <w:r>
              <w:rPr>
                <w:sz w:val="18"/>
                <w:szCs w:val="18"/>
              </w:rPr>
              <w:t>Steven Clark</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2</w:t>
            </w:r>
          </w:p>
        </w:tc>
        <w:tc>
          <w:tcPr>
            <w:tcW w:type="dxa" w:w="1606"/>
          </w:tcPr>
          <w:p>
            <w:pPr>
              <w:spacing w:after="20" w:line="240" w:lineRule="auto"/>
            </w:pPr>
            <w:r>
              <w:rPr>
                <w:sz w:val="18"/>
                <w:szCs w:val="18"/>
              </w:rPr>
              <w:t>(rating only)</w:t>
            </w:r>
          </w:p>
        </w:tc>
        <w:tc>
          <w:tcPr>
            <w:tcW w:type="dxa" w:w="1606"/>
          </w:tcPr>
          <w:p>
            <w:pPr>
              <w:spacing w:after="20" w:line="240" w:lineRule="auto"/>
            </w:pPr>
          </w:p>
        </w:tc>
      </w:tr>
      <w:tr>
        <w:trPr>
          <w:cantSplit/>
        </w:trPr>
        <w:tc>
          <w:tcPr>
            <w:tcW w:type="dxa" w:w="1606"/>
          </w:tcPr>
          <w:p>
            <w:pPr>
              <w:spacing w:after="20" w:line="240" w:lineRule="auto"/>
            </w:pPr>
            <w:r>
              <w:rPr>
                <w:sz w:val="18"/>
                <w:szCs w:val="18"/>
              </w:rPr>
              <w:t>23 Apr 2026</w:t>
            </w:r>
          </w:p>
        </w:tc>
        <w:tc>
          <w:tcPr>
            <w:tcW w:type="dxa" w:w="1606"/>
          </w:tcPr>
          <w:p>
            <w:pPr>
              <w:spacing w:after="20" w:line="240" w:lineRule="auto"/>
            </w:pPr>
            <w:r>
              <w:rPr>
                <w:sz w:val="18"/>
                <w:szCs w:val="18"/>
              </w:rPr>
              <w:t>Blake Peterson</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4</w:t>
            </w:r>
          </w:p>
        </w:tc>
        <w:tc>
          <w:tcPr>
            <w:tcW w:type="dxa" w:w="1606"/>
          </w:tcPr>
          <w:p>
            <w:pPr>
              <w:spacing w:after="20" w:line="240" w:lineRule="auto"/>
            </w:pPr>
            <w:r>
              <w:rPr>
                <w:sz w:val="18"/>
                <w:szCs w:val="18"/>
              </w:rPr>
              <w:t>Amazing experience</w:t>
            </w:r>
          </w:p>
        </w:tc>
        <w:tc>
          <w:tcPr>
            <w:tcW w:type="dxa" w:w="1606"/>
          </w:tcPr>
          <w:p>
            <w:pPr>
              <w:spacing w:after="20" w:line="240" w:lineRule="auto"/>
            </w:pPr>
          </w:p>
        </w:tc>
      </w:tr>
      <w:tr>
        <w:trPr>
          <w:cantSplit/>
        </w:trPr>
        <w:tc>
          <w:tcPr>
            <w:tcW w:type="dxa" w:w="1606"/>
          </w:tcPr>
          <w:p>
            <w:pPr>
              <w:spacing w:after="20" w:line="240" w:lineRule="auto"/>
            </w:pPr>
            <w:r>
              <w:rPr>
                <w:sz w:val="18"/>
                <w:szCs w:val="18"/>
              </w:rPr>
              <w:t>23 Apr 2026</w:t>
            </w:r>
          </w:p>
        </w:tc>
        <w:tc>
          <w:tcPr>
            <w:tcW w:type="dxa" w:w="1606"/>
          </w:tcPr>
          <w:p>
            <w:pPr>
              <w:spacing w:after="20" w:line="240" w:lineRule="auto"/>
            </w:pPr>
            <w:r>
              <w:rPr>
                <w:sz w:val="18"/>
                <w:szCs w:val="18"/>
              </w:rPr>
              <w:t>Grace Sullivan</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2</w:t>
            </w:r>
          </w:p>
        </w:tc>
        <w:tc>
          <w:tcPr>
            <w:tcW w:type="dxa" w:w="1606"/>
          </w:tcPr>
          <w:p>
            <w:pPr>
              <w:spacing w:after="20" w:line="240" w:lineRule="auto"/>
            </w:pPr>
            <w:r>
              <w:rPr>
                <w:sz w:val="18"/>
                <w:szCs w:val="18"/>
              </w:rPr>
              <w:t>Had a great experience.</w:t>
            </w:r>
          </w:p>
        </w:tc>
        <w:tc>
          <w:tcPr>
            <w:tcW w:type="dxa" w:w="1606"/>
          </w:tcPr>
          <w:p>
            <w:pPr>
              <w:spacing w:after="20" w:line="240" w:lineRule="auto"/>
            </w:pPr>
          </w:p>
        </w:tc>
      </w:tr>
      <w:tr>
        <w:trPr>
          <w:cantSplit/>
        </w:trPr>
        <w:tc>
          <w:tcPr>
            <w:tcW w:type="dxa" w:w="1606"/>
          </w:tcPr>
          <w:p>
            <w:pPr>
              <w:spacing w:after="20" w:line="240" w:lineRule="auto"/>
            </w:pPr>
            <w:r>
              <w:rPr>
                <w:sz w:val="18"/>
                <w:szCs w:val="18"/>
              </w:rPr>
              <w:t>23 Apr 2026</w:t>
            </w:r>
          </w:p>
        </w:tc>
        <w:tc>
          <w:tcPr>
            <w:tcW w:type="dxa" w:w="1606"/>
          </w:tcPr>
          <w:p>
            <w:pPr>
              <w:spacing w:after="20" w:line="240" w:lineRule="auto"/>
            </w:pPr>
            <w:r>
              <w:rPr>
                <w:sz w:val="18"/>
                <w:szCs w:val="18"/>
              </w:rPr>
              <w:t>Shawn Miller</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2</w:t>
            </w:r>
          </w:p>
        </w:tc>
        <w:tc>
          <w:tcPr>
            <w:tcW w:type="dxa" w:w="1606"/>
          </w:tcPr>
          <w:p>
            <w:pPr>
              <w:spacing w:after="20" w:line="240" w:lineRule="auto"/>
            </w:pPr>
            <w:r>
              <w:rPr>
                <w:sz w:val="18"/>
                <w:szCs w:val="18"/>
              </w:rPr>
              <w:t>(rating only)</w:t>
            </w:r>
          </w:p>
        </w:tc>
        <w:tc>
          <w:tcPr>
            <w:tcW w:type="dxa" w:w="1606"/>
          </w:tcPr>
          <w:p>
            <w:pPr>
              <w:spacing w:after="20" w:line="240" w:lineRule="auto"/>
            </w:pPr>
          </w:p>
        </w:tc>
      </w:tr>
      <w:tr>
        <w:trPr>
          <w:cantSplit/>
        </w:trPr>
        <w:tc>
          <w:tcPr>
            <w:tcW w:type="dxa" w:w="1606"/>
          </w:tcPr>
          <w:p>
            <w:pPr>
              <w:spacing w:after="20" w:line="240" w:lineRule="auto"/>
            </w:pPr>
            <w:r>
              <w:rPr>
                <w:sz w:val="18"/>
                <w:szCs w:val="18"/>
              </w:rPr>
              <w:t>23 Apr 2026</w:t>
            </w:r>
          </w:p>
        </w:tc>
        <w:tc>
          <w:tcPr>
            <w:tcW w:type="dxa" w:w="1606"/>
          </w:tcPr>
          <w:p>
            <w:pPr>
              <w:spacing w:after="20" w:line="240" w:lineRule="auto"/>
            </w:pPr>
            <w:r>
              <w:rPr>
                <w:sz w:val="18"/>
                <w:szCs w:val="18"/>
              </w:rPr>
              <w:t>Melvin Carter</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(rating only)</w:t>
            </w:r>
          </w:p>
        </w:tc>
        <w:tc>
          <w:tcPr>
            <w:tcW w:type="dxa" w:w="1606"/>
          </w:tcPr>
          <w:p>
            <w:pPr>
              <w:spacing w:after="20" w:line="240" w:lineRule="auto"/>
            </w:pPr>
          </w:p>
        </w:tc>
      </w:tr>
      <w:tr>
        <w:trPr>
          <w:cantSplit/>
        </w:trPr>
        <w:tc>
          <w:tcPr>
            <w:tcW w:type="dxa" w:w="1606"/>
          </w:tcPr>
          <w:p>
            <w:pPr>
              <w:spacing w:after="20" w:line="240" w:lineRule="auto"/>
            </w:pPr>
            <w:r>
              <w:rPr>
                <w:sz w:val="18"/>
                <w:szCs w:val="18"/>
              </w:rPr>
              <w:t>23 Apr 2026</w:t>
            </w:r>
          </w:p>
        </w:tc>
        <w:tc>
          <w:tcPr>
            <w:tcW w:type="dxa" w:w="1606"/>
          </w:tcPr>
          <w:p>
            <w:pPr>
              <w:spacing w:after="20" w:line="240" w:lineRule="auto"/>
            </w:pPr>
            <w:r>
              <w:rPr>
                <w:sz w:val="18"/>
                <w:szCs w:val="18"/>
              </w:rPr>
              <w:t>rt_sharon</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2</w:t>
            </w:r>
          </w:p>
        </w:tc>
        <w:tc>
          <w:tcPr>
            <w:tcW w:type="dxa" w:w="1606"/>
          </w:tcPr>
          <w:p>
            <w:pPr>
              <w:spacing w:after="20" w:line="240" w:lineRule="auto"/>
            </w:pPr>
            <w:r>
              <w:rPr>
                <w:sz w:val="18"/>
                <w:szCs w:val="18"/>
              </w:rPr>
              <w:t>The mechanic is very good and tries to keep the cost down as much as po</w:t>
            </w:r>
          </w:p>
        </w:tc>
        <w:tc>
          <w:tcPr>
            <w:tcW w:type="dxa" w:w="1606"/>
          </w:tcPr>
          <w:p>
            <w:pPr>
              <w:spacing w:after="20" w:line="240" w:lineRule="auto"/>
            </w:pPr>
          </w:p>
        </w:tc>
      </w:tr>
      <w:tr>
        <w:trPr>
          <w:cantSplit/>
        </w:trPr>
        <w:tc>
          <w:tcPr>
            <w:tcW w:type="dxa" w:w="1606"/>
          </w:tcPr>
          <w:p>
            <w:pPr>
              <w:spacing w:after="20" w:line="240" w:lineRule="auto"/>
            </w:pPr>
            <w:r>
              <w:rPr>
                <w:sz w:val="18"/>
                <w:szCs w:val="18"/>
              </w:rPr>
              <w:t>23 Apr 2026</w:t>
            </w:r>
          </w:p>
        </w:tc>
        <w:tc>
          <w:tcPr>
            <w:tcW w:type="dxa" w:w="1606"/>
          </w:tcPr>
          <w:p>
            <w:pPr>
              <w:spacing w:after="20" w:line="240" w:lineRule="auto"/>
            </w:pPr>
            <w:r>
              <w:rPr>
                <w:sz w:val="18"/>
                <w:szCs w:val="18"/>
              </w:rPr>
              <w:t>Harold Singleton</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8</w:t>
            </w:r>
          </w:p>
        </w:tc>
        <w:tc>
          <w:tcPr>
            <w:tcW w:type="dxa" w:w="1606"/>
          </w:tcPr>
          <w:p>
            <w:pPr>
              <w:spacing w:after="20" w:line="240" w:lineRule="auto"/>
            </w:pPr>
            <w:r>
              <w:rPr>
                <w:sz w:val="18"/>
                <w:szCs w:val="18"/>
              </w:rPr>
              <w:t>(rating only)</w:t>
            </w:r>
          </w:p>
        </w:tc>
        <w:tc>
          <w:tcPr>
            <w:tcW w:type="dxa" w:w="1606"/>
          </w:tcPr>
          <w:p>
            <w:pPr>
              <w:spacing w:after="20" w:line="240" w:lineRule="auto"/>
            </w:pPr>
          </w:p>
        </w:tc>
      </w:tr>
      <w:tr>
        <w:trPr>
          <w:cantSplit/>
        </w:trPr>
        <w:tc>
          <w:tcPr>
            <w:tcW w:type="dxa" w:w="1606"/>
          </w:tcPr>
          <w:p>
            <w:pPr>
              <w:spacing w:after="20" w:line="240" w:lineRule="auto"/>
            </w:pPr>
            <w:r>
              <w:rPr>
                <w:sz w:val="18"/>
                <w:szCs w:val="18"/>
              </w:rPr>
              <w:t>24 Apr 2026</w:t>
            </w:r>
          </w:p>
        </w:tc>
        <w:tc>
          <w:tcPr>
            <w:tcW w:type="dxa" w:w="1606"/>
          </w:tcPr>
          <w:p>
            <w:pPr>
              <w:spacing w:after="20" w:line="240" w:lineRule="auto"/>
            </w:pPr>
            <w:r>
              <w:rPr>
                <w:sz w:val="18"/>
                <w:szCs w:val="18"/>
              </w:rPr>
              <w:t>Mark Mayweather</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2</w:t>
            </w:r>
          </w:p>
        </w:tc>
        <w:tc>
          <w:tcPr>
            <w:tcW w:type="dxa" w:w="1606"/>
          </w:tcPr>
          <w:p>
            <w:pPr>
              <w:spacing w:after="20" w:line="240" w:lineRule="auto"/>
            </w:pPr>
            <w:r>
              <w:rPr>
                <w:sz w:val="18"/>
                <w:szCs w:val="18"/>
              </w:rPr>
              <w:t>(rating only)</w:t>
            </w:r>
          </w:p>
        </w:tc>
        <w:tc>
          <w:tcPr>
            <w:tcW w:type="dxa" w:w="1606"/>
          </w:tcPr>
          <w:p>
            <w:pPr>
              <w:spacing w:after="20" w:line="240" w:lineRule="auto"/>
            </w:pPr>
          </w:p>
        </w:tc>
      </w:tr>
      <w:tr>
        <w:trPr>
          <w:cantSplit/>
        </w:trPr>
        <w:tc>
          <w:tcPr>
            <w:tcW w:type="dxa" w:w="1606"/>
          </w:tcPr>
          <w:p>
            <w:pPr>
              <w:spacing w:after="20" w:line="240" w:lineRule="auto"/>
            </w:pPr>
            <w:r>
              <w:rPr>
                <w:sz w:val="18"/>
                <w:szCs w:val="18"/>
              </w:rPr>
              <w:t>24 Apr 2026</w:t>
            </w:r>
          </w:p>
        </w:tc>
        <w:tc>
          <w:tcPr>
            <w:tcW w:type="dxa" w:w="1606"/>
          </w:tcPr>
          <w:p>
            <w:pPr>
              <w:spacing w:after="20" w:line="240" w:lineRule="auto"/>
            </w:pPr>
            <w:r>
              <w:rPr>
                <w:sz w:val="18"/>
                <w:szCs w:val="18"/>
              </w:rPr>
              <w:t>Brian Keller</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1</w:t>
            </w:r>
          </w:p>
        </w:tc>
        <w:tc>
          <w:tcPr>
            <w:tcW w:type="dxa" w:w="1606"/>
          </w:tcPr>
          <w:p>
            <w:pPr>
              <w:spacing w:after="20" w:line="240" w:lineRule="auto"/>
            </w:pPr>
            <w:r>
              <w:rPr>
                <w:sz w:val="18"/>
                <w:szCs w:val="18"/>
              </w:rPr>
              <w:t>Good experience with brakes and oil change</w:t>
            </w:r>
          </w:p>
        </w:tc>
        <w:tc>
          <w:tcPr>
            <w:tcW w:type="dxa" w:w="1606"/>
          </w:tcPr>
          <w:p>
            <w:pPr>
              <w:spacing w:after="20" w:line="240" w:lineRule="auto"/>
            </w:pPr>
          </w:p>
        </w:tc>
      </w:tr>
      <w:tr>
        <w:trPr>
          <w:cantSplit/>
        </w:trPr>
        <w:tc>
          <w:tcPr>
            <w:tcW w:type="dxa" w:w="1606"/>
          </w:tcPr>
          <w:p>
            <w:pPr>
              <w:spacing w:after="20" w:line="240" w:lineRule="auto"/>
            </w:pPr>
            <w:r>
              <w:rPr>
                <w:sz w:val="18"/>
                <w:szCs w:val="18"/>
              </w:rPr>
              <w:t>24 Apr 2026</w:t>
            </w:r>
          </w:p>
        </w:tc>
        <w:tc>
          <w:tcPr>
            <w:tcW w:type="dxa" w:w="1606"/>
          </w:tcPr>
          <w:p>
            <w:pPr>
              <w:spacing w:after="20" w:line="240" w:lineRule="auto"/>
            </w:pPr>
            <w:r>
              <w:rPr>
                <w:sz w:val="18"/>
                <w:szCs w:val="18"/>
              </w:rPr>
              <w:t>Victor Rawlins</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1</w:t>
            </w:r>
          </w:p>
        </w:tc>
        <w:tc>
          <w:tcPr>
            <w:tcW w:type="dxa" w:w="1606"/>
          </w:tcPr>
          <w:p>
            <w:pPr>
              <w:spacing w:after="20" w:line="240" w:lineRule="auto"/>
            </w:pPr>
            <w:r>
              <w:rPr>
                <w:sz w:val="18"/>
                <w:szCs w:val="18"/>
              </w:rPr>
              <w:t>Polite honest skilled mechanic</w:t>
            </w:r>
          </w:p>
        </w:tc>
        <w:tc>
          <w:tcPr>
            <w:tcW w:type="dxa" w:w="1606"/>
          </w:tcPr>
          <w:p>
            <w:pPr>
              <w:spacing w:after="20" w:line="240" w:lineRule="auto"/>
            </w:pPr>
          </w:p>
        </w:tc>
      </w:tr>
      <w:tr>
        <w:trPr>
          <w:cantSplit/>
        </w:trPr>
        <w:tc>
          <w:tcPr>
            <w:tcW w:type="dxa" w:w="1606"/>
          </w:tcPr>
          <w:p>
            <w:pPr>
              <w:spacing w:after="20" w:line="240" w:lineRule="auto"/>
            </w:pPr>
            <w:r>
              <w:rPr>
                <w:sz w:val="18"/>
                <w:szCs w:val="18"/>
              </w:rPr>
              <w:t>24 Apr 2026</w:t>
            </w:r>
          </w:p>
        </w:tc>
        <w:tc>
          <w:tcPr>
            <w:tcW w:type="dxa" w:w="1606"/>
          </w:tcPr>
          <w:p>
            <w:pPr>
              <w:spacing w:after="20" w:line="240" w:lineRule="auto"/>
            </w:pPr>
            <w:r>
              <w:rPr>
                <w:sz w:val="18"/>
                <w:szCs w:val="18"/>
              </w:rPr>
              <w:t>Shane Albright</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Tire rotation done happy with the work</w:t>
            </w:r>
          </w:p>
        </w:tc>
        <w:tc>
          <w:tcPr>
            <w:tcW w:type="dxa" w:w="1606"/>
          </w:tcPr>
          <w:p>
            <w:pPr>
              <w:spacing w:after="20" w:line="240" w:lineRule="auto"/>
            </w:pPr>
          </w:p>
        </w:tc>
      </w:tr>
      <w:tr>
        <w:trPr>
          <w:cantSplit/>
        </w:trPr>
        <w:tc>
          <w:tcPr>
            <w:tcW w:type="dxa" w:w="1606"/>
          </w:tcPr>
          <w:p>
            <w:pPr>
              <w:spacing w:after="20" w:line="240" w:lineRule="auto"/>
            </w:pPr>
            <w:r>
              <w:rPr>
                <w:sz w:val="18"/>
                <w:szCs w:val="18"/>
              </w:rPr>
              <w:t>25 Apr 2026</w:t>
            </w:r>
          </w:p>
        </w:tc>
        <w:tc>
          <w:tcPr>
            <w:tcW w:type="dxa" w:w="1606"/>
          </w:tcPr>
          <w:p>
            <w:pPr>
              <w:spacing w:after="20" w:line="240" w:lineRule="auto"/>
            </w:pPr>
            <w:r>
              <w:rPr>
                <w:sz w:val="18"/>
                <w:szCs w:val="18"/>
              </w:rPr>
              <w:t>Renee Cummings</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1</w:t>
            </w:r>
          </w:p>
        </w:tc>
        <w:tc>
          <w:tcPr>
            <w:tcW w:type="dxa" w:w="1606"/>
          </w:tcPr>
          <w:p>
            <w:pPr>
              <w:spacing w:after="20" w:line="240" w:lineRule="auto"/>
            </w:pPr>
            <w:r>
              <w:rPr>
                <w:sz w:val="18"/>
                <w:szCs w:val="18"/>
              </w:rPr>
              <w:t>Excellent experience</w:t>
            </w:r>
          </w:p>
        </w:tc>
        <w:tc>
          <w:tcPr>
            <w:tcW w:type="dxa" w:w="1606"/>
          </w:tcPr>
          <w:p>
            <w:pPr>
              <w:spacing w:after="20" w:line="240" w:lineRule="auto"/>
            </w:pPr>
          </w:p>
        </w:tc>
      </w:tr>
      <w:tr>
        <w:trPr>
          <w:cantSplit/>
        </w:trPr>
        <w:tc>
          <w:tcPr>
            <w:tcW w:type="dxa" w:w="1606"/>
          </w:tcPr>
          <w:p>
            <w:pPr>
              <w:spacing w:after="20" w:line="240" w:lineRule="auto"/>
            </w:pPr>
            <w:r>
              <w:rPr>
                <w:sz w:val="18"/>
                <w:szCs w:val="18"/>
              </w:rPr>
              <w:t>25 Apr 2026</w:t>
            </w:r>
          </w:p>
        </w:tc>
        <w:tc>
          <w:tcPr>
            <w:tcW w:type="dxa" w:w="1606"/>
          </w:tcPr>
          <w:p>
            <w:pPr>
              <w:spacing w:after="20" w:line="240" w:lineRule="auto"/>
            </w:pPr>
            <w:r>
              <w:rPr>
                <w:sz w:val="18"/>
                <w:szCs w:val="18"/>
              </w:rPr>
              <w:t>Randy Gilbert</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0</w:t>
            </w:r>
          </w:p>
        </w:tc>
        <w:tc>
          <w:tcPr>
            <w:tcW w:type="dxa" w:w="1606"/>
          </w:tcPr>
          <w:p>
            <w:pPr>
              <w:spacing w:after="20" w:line="240" w:lineRule="auto"/>
            </w:pPr>
            <w:r>
              <w:rPr>
                <w:sz w:val="18"/>
                <w:szCs w:val="18"/>
              </w:rPr>
              <w:t>(rating only)</w:t>
            </w:r>
          </w:p>
        </w:tc>
        <w:tc>
          <w:tcPr>
            <w:tcW w:type="dxa" w:w="1606"/>
          </w:tcPr>
          <w:p>
            <w:pPr>
              <w:spacing w:after="20" w:line="240" w:lineRule="auto"/>
            </w:pPr>
          </w:p>
        </w:tc>
      </w:tr>
      <w:tr>
        <w:trPr>
          <w:cantSplit/>
        </w:trPr>
        <w:tc>
          <w:tcPr>
            <w:tcW w:type="dxa" w:w="1606"/>
          </w:tcPr>
          <w:p>
            <w:pPr>
              <w:spacing w:after="20" w:line="240" w:lineRule="auto"/>
            </w:pPr>
            <w:r>
              <w:rPr>
                <w:sz w:val="18"/>
                <w:szCs w:val="18"/>
              </w:rPr>
              <w:t>25 Apr 2026</w:t>
            </w:r>
          </w:p>
        </w:tc>
        <w:tc>
          <w:tcPr>
            <w:tcW w:type="dxa" w:w="1606"/>
          </w:tcPr>
          <w:p>
            <w:pPr>
              <w:spacing w:after="20" w:line="240" w:lineRule="auto"/>
            </w:pPr>
            <w:r>
              <w:rPr>
                <w:sz w:val="18"/>
                <w:szCs w:val="18"/>
              </w:rPr>
              <w:t>Megan Ross</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4</w:t>
            </w:r>
          </w:p>
        </w:tc>
        <w:tc>
          <w:tcPr>
            <w:tcW w:type="dxa" w:w="1606"/>
          </w:tcPr>
          <w:p>
            <w:pPr>
              <w:spacing w:after="20" w:line="240" w:lineRule="auto"/>
            </w:pPr>
            <w:r>
              <w:rPr>
                <w:sz w:val="18"/>
                <w:szCs w:val="18"/>
              </w:rPr>
              <w:t>I had an exceptional experience at Maple Ridge Auto Care. With Dan's exp</w:t>
            </w:r>
          </w:p>
        </w:tc>
        <w:tc>
          <w:tcPr>
            <w:tcW w:type="dxa" w:w="1606"/>
          </w:tcPr>
          <w:p>
            <w:pPr>
              <w:spacing w:after="20" w:line="240" w:lineRule="auto"/>
            </w:pPr>
          </w:p>
        </w:tc>
      </w:tr>
      <w:tr>
        <w:trPr>
          <w:cantSplit/>
        </w:trPr>
        <w:tc>
          <w:tcPr>
            <w:tcW w:type="dxa" w:w="1606"/>
          </w:tcPr>
          <w:p>
            <w:pPr>
              <w:spacing w:after="20" w:line="240" w:lineRule="auto"/>
            </w:pPr>
            <w:r>
              <w:rPr>
                <w:sz w:val="18"/>
                <w:szCs w:val="18"/>
              </w:rPr>
              <w:t>25 Apr 2026</w:t>
            </w:r>
          </w:p>
        </w:tc>
        <w:tc>
          <w:tcPr>
            <w:tcW w:type="dxa" w:w="1606"/>
          </w:tcPr>
          <w:p>
            <w:pPr>
              <w:spacing w:after="20" w:line="240" w:lineRule="auto"/>
            </w:pPr>
            <w:r>
              <w:rPr>
                <w:sz w:val="18"/>
                <w:szCs w:val="18"/>
              </w:rPr>
              <w:t>Dana Sinclair</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4</w:t>
            </w:r>
          </w:p>
        </w:tc>
        <w:tc>
          <w:tcPr>
            <w:tcW w:type="dxa" w:w="1606"/>
          </w:tcPr>
          <w:p>
            <w:pPr>
              <w:spacing w:after="20" w:line="240" w:lineRule="auto"/>
            </w:pPr>
            <w:r>
              <w:rPr>
                <w:sz w:val="18"/>
                <w:szCs w:val="18"/>
              </w:rPr>
              <w:t>Professional, precise, and customer-focused. Made the entire process ea</w:t>
            </w:r>
          </w:p>
        </w:tc>
        <w:tc>
          <w:tcPr>
            <w:tcW w:type="dxa" w:w="1606"/>
          </w:tcPr>
          <w:p>
            <w:pPr>
              <w:spacing w:after="20" w:line="240" w:lineRule="auto"/>
            </w:pPr>
          </w:p>
        </w:tc>
      </w:tr>
      <w:tr>
        <w:trPr>
          <w:cantSplit/>
        </w:trPr>
        <w:tc>
          <w:tcPr>
            <w:tcW w:type="dxa" w:w="1606"/>
          </w:tcPr>
          <w:p>
            <w:pPr>
              <w:spacing w:after="20" w:line="240" w:lineRule="auto"/>
            </w:pPr>
            <w:r>
              <w:rPr>
                <w:sz w:val="18"/>
                <w:szCs w:val="18"/>
              </w:rPr>
              <w:t>25 Apr 2026</w:t>
            </w:r>
          </w:p>
        </w:tc>
        <w:tc>
          <w:tcPr>
            <w:tcW w:type="dxa" w:w="1606"/>
          </w:tcPr>
          <w:p>
            <w:pPr>
              <w:spacing w:after="20" w:line="240" w:lineRule="auto"/>
            </w:pPr>
            <w:r>
              <w:rPr>
                <w:sz w:val="18"/>
                <w:szCs w:val="18"/>
              </w:rPr>
              <w:t>Mandy Simmons</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2</w:t>
            </w:r>
          </w:p>
        </w:tc>
        <w:tc>
          <w:tcPr>
            <w:tcW w:type="dxa" w:w="1606"/>
          </w:tcPr>
          <w:p>
            <w:pPr>
              <w:spacing w:after="20" w:line="240" w:lineRule="auto"/>
            </w:pPr>
            <w:r>
              <w:rPr>
                <w:sz w:val="18"/>
                <w:szCs w:val="18"/>
              </w:rPr>
              <w:t>Excellent repair work</w:t>
            </w:r>
          </w:p>
        </w:tc>
        <w:tc>
          <w:tcPr>
            <w:tcW w:type="dxa" w:w="1606"/>
          </w:tcPr>
          <w:p>
            <w:pPr>
              <w:spacing w:after="20" w:line="240" w:lineRule="auto"/>
            </w:pPr>
          </w:p>
        </w:tc>
      </w:tr>
      <w:tr>
        <w:trPr>
          <w:cantSplit/>
        </w:trPr>
        <w:tc>
          <w:tcPr>
            <w:tcW w:type="dxa" w:w="1606"/>
          </w:tcPr>
          <w:p>
            <w:pPr>
              <w:spacing w:after="20" w:line="240" w:lineRule="auto"/>
            </w:pPr>
            <w:r>
              <w:rPr>
                <w:sz w:val="18"/>
                <w:szCs w:val="18"/>
              </w:rPr>
              <w:t>25 Apr 2026</w:t>
            </w:r>
          </w:p>
        </w:tc>
        <w:tc>
          <w:tcPr>
            <w:tcW w:type="dxa" w:w="1606"/>
          </w:tcPr>
          <w:p>
            <w:pPr>
              <w:spacing w:after="20" w:line="240" w:lineRule="auto"/>
            </w:pPr>
            <w:r>
              <w:rPr>
                <w:sz w:val="18"/>
                <w:szCs w:val="18"/>
              </w:rPr>
              <w:t>Paris Baker</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0</w:t>
            </w:r>
          </w:p>
        </w:tc>
        <w:tc>
          <w:tcPr>
            <w:tcW w:type="dxa" w:w="1606"/>
          </w:tcPr>
          <w:p>
            <w:pPr>
              <w:spacing w:after="20" w:line="240" w:lineRule="auto"/>
            </w:pPr>
            <w:r>
              <w:rPr>
                <w:sz w:val="18"/>
                <w:szCs w:val="18"/>
              </w:rPr>
              <w:t>(rating only)</w:t>
            </w:r>
          </w:p>
        </w:tc>
        <w:tc>
          <w:tcPr>
            <w:tcW w:type="dxa" w:w="1606"/>
          </w:tcPr>
          <w:p>
            <w:pPr>
              <w:spacing w:after="20" w:line="240" w:lineRule="auto"/>
            </w:pPr>
          </w:p>
        </w:tc>
      </w:tr>
      <w:tr>
        <w:trPr>
          <w:cantSplit/>
        </w:trPr>
        <w:tc>
          <w:tcPr>
            <w:tcW w:type="dxa" w:w="1606"/>
          </w:tcPr>
          <w:p>
            <w:pPr>
              <w:spacing w:after="20" w:line="240" w:lineRule="auto"/>
            </w:pPr>
            <w:r>
              <w:rPr>
                <w:sz w:val="18"/>
                <w:szCs w:val="18"/>
              </w:rPr>
              <w:t>25 Apr 2026</w:t>
            </w:r>
          </w:p>
        </w:tc>
        <w:tc>
          <w:tcPr>
            <w:tcW w:type="dxa" w:w="1606"/>
          </w:tcPr>
          <w:p>
            <w:pPr>
              <w:spacing w:after="20" w:line="240" w:lineRule="auto"/>
            </w:pPr>
            <w:r>
              <w:rPr>
                <w:sz w:val="18"/>
                <w:szCs w:val="18"/>
              </w:rPr>
              <w:t>Daily Info</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2</w:t>
            </w:r>
          </w:p>
        </w:tc>
        <w:tc>
          <w:tcPr>
            <w:tcW w:type="dxa" w:w="1606"/>
          </w:tcPr>
          <w:p>
            <w:pPr>
              <w:spacing w:after="20" w:line="240" w:lineRule="auto"/>
            </w:pPr>
            <w:r>
              <w:rPr>
                <w:sz w:val="18"/>
                <w:szCs w:val="18"/>
              </w:rPr>
              <w:t>I had an excellent experience at this auto shop. The mechanic was e</w:t>
            </w:r>
          </w:p>
        </w:tc>
        <w:tc>
          <w:tcPr>
            <w:tcW w:type="dxa" w:w="1606"/>
          </w:tcPr>
          <w:p>
            <w:pPr>
              <w:spacing w:after="20" w:line="240" w:lineRule="auto"/>
            </w:pPr>
          </w:p>
        </w:tc>
      </w:tr>
      <w:tr>
        <w:trPr>
          <w:cantSplit/>
        </w:trPr>
        <w:tc>
          <w:tcPr>
            <w:tcW w:type="dxa" w:w="1606"/>
          </w:tcPr>
          <w:p>
            <w:pPr>
              <w:spacing w:after="20" w:line="240" w:lineRule="auto"/>
            </w:pPr>
            <w:r>
              <w:rPr>
                <w:sz w:val="18"/>
                <w:szCs w:val="18"/>
              </w:rPr>
              <w:t>25 Apr 2026</w:t>
            </w:r>
          </w:p>
        </w:tc>
        <w:tc>
          <w:tcPr>
            <w:tcW w:type="dxa" w:w="1606"/>
          </w:tcPr>
          <w:p>
            <w:pPr>
              <w:spacing w:after="20" w:line="240" w:lineRule="auto"/>
            </w:pPr>
            <w:r>
              <w:rPr>
                <w:sz w:val="18"/>
                <w:szCs w:val="18"/>
              </w:rPr>
              <w:t>Pewdiepie [2]</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1</w:t>
            </w:r>
          </w:p>
        </w:tc>
        <w:tc>
          <w:tcPr>
            <w:tcW w:type="dxa" w:w="1606"/>
          </w:tcPr>
          <w:p>
            <w:pPr>
              <w:spacing w:after="20" w:line="240" w:lineRule="auto"/>
            </w:pPr>
            <w:r>
              <w:rPr>
                <w:sz w:val="18"/>
                <w:szCs w:val="18"/>
              </w:rPr>
              <w:t>very professional. highly recommended</w:t>
            </w:r>
          </w:p>
        </w:tc>
        <w:tc>
          <w:tcPr>
            <w:tcW w:type="dxa" w:w="1606"/>
          </w:tcPr>
          <w:p>
            <w:pPr>
              <w:spacing w:after="20" w:line="240" w:lineRule="auto"/>
            </w:pPr>
          </w:p>
        </w:tc>
      </w:tr>
      <w:tr>
        <w:trPr>
          <w:cantSplit/>
        </w:trPr>
        <w:tc>
          <w:tcPr>
            <w:tcW w:type="dxa" w:w="1606"/>
          </w:tcPr>
          <w:p>
            <w:pPr>
              <w:spacing w:after="20" w:line="240" w:lineRule="auto"/>
            </w:pPr>
            <w:r>
              <w:rPr>
                <w:sz w:val="18"/>
                <w:szCs w:val="18"/>
              </w:rPr>
              <w:t>25 Apr 2026</w:t>
            </w:r>
          </w:p>
        </w:tc>
        <w:tc>
          <w:tcPr>
            <w:tcW w:type="dxa" w:w="1606"/>
          </w:tcPr>
          <w:p>
            <w:pPr>
              <w:spacing w:after="20" w:line="240" w:lineRule="auto"/>
            </w:pPr>
            <w:r>
              <w:rPr>
                <w:sz w:val="18"/>
                <w:szCs w:val="18"/>
              </w:rPr>
              <w:t>Angela Kirk</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0</w:t>
            </w:r>
          </w:p>
        </w:tc>
        <w:tc>
          <w:tcPr>
            <w:tcW w:type="dxa" w:w="1606"/>
          </w:tcPr>
          <w:p>
            <w:pPr>
              <w:spacing w:after="20" w:line="240" w:lineRule="auto"/>
            </w:pPr>
            <w:r>
              <w:rPr>
                <w:sz w:val="18"/>
                <w:szCs w:val="18"/>
              </w:rPr>
              <w:t>(rating only)</w:t>
            </w:r>
          </w:p>
        </w:tc>
        <w:tc>
          <w:tcPr>
            <w:tcW w:type="dxa" w:w="1606"/>
          </w:tcPr>
          <w:p>
            <w:pPr>
              <w:spacing w:after="20" w:line="240" w:lineRule="auto"/>
            </w:pPr>
          </w:p>
        </w:tc>
      </w:tr>
      <w:tr>
        <w:trPr>
          <w:cantSplit/>
        </w:trPr>
        <w:tc>
          <w:tcPr>
            <w:tcW w:type="dxa" w:w="1606"/>
          </w:tcPr>
          <w:p>
            <w:pPr>
              <w:spacing w:after="20" w:line="240" w:lineRule="auto"/>
            </w:pPr>
            <w:r>
              <w:rPr>
                <w:sz w:val="18"/>
                <w:szCs w:val="18"/>
              </w:rPr>
              <w:t>26 Apr 2026</w:t>
            </w:r>
          </w:p>
        </w:tc>
        <w:tc>
          <w:tcPr>
            <w:tcW w:type="dxa" w:w="1606"/>
          </w:tcPr>
          <w:p>
            <w:pPr>
              <w:spacing w:after="20" w:line="240" w:lineRule="auto"/>
            </w:pPr>
            <w:r>
              <w:rPr>
                <w:sz w:val="18"/>
                <w:szCs w:val="18"/>
              </w:rPr>
              <w:t>Jason Arnold</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7</w:t>
            </w:r>
          </w:p>
        </w:tc>
        <w:tc>
          <w:tcPr>
            <w:tcW w:type="dxa" w:w="1606"/>
          </w:tcPr>
          <w:p>
            <w:pPr>
              <w:spacing w:after="20" w:line="240" w:lineRule="auto"/>
            </w:pPr>
            <w:r>
              <w:rPr>
                <w:sz w:val="18"/>
                <w:szCs w:val="18"/>
              </w:rPr>
              <w:t>(rating only)</w:t>
            </w:r>
          </w:p>
        </w:tc>
        <w:tc>
          <w:tcPr>
            <w:tcW w:type="dxa" w:w="1606"/>
          </w:tcPr>
          <w:p>
            <w:pPr>
              <w:spacing w:after="20" w:line="240" w:lineRule="auto"/>
            </w:pPr>
          </w:p>
        </w:tc>
      </w:tr>
      <w:tr>
        <w:trPr>
          <w:cantSplit/>
        </w:trPr>
        <w:tc>
          <w:tcPr>
            <w:tcW w:type="dxa" w:w="1606"/>
          </w:tcPr>
          <w:p>
            <w:pPr>
              <w:spacing w:after="20" w:line="240" w:lineRule="auto"/>
            </w:pPr>
            <w:r>
              <w:rPr>
                <w:sz w:val="18"/>
                <w:szCs w:val="18"/>
              </w:rPr>
              <w:t>26 Apr 2026</w:t>
            </w:r>
          </w:p>
        </w:tc>
        <w:tc>
          <w:tcPr>
            <w:tcW w:type="dxa" w:w="1606"/>
          </w:tcPr>
          <w:p>
            <w:pPr>
              <w:spacing w:after="20" w:line="240" w:lineRule="auto"/>
            </w:pPr>
            <w:r>
              <w:rPr>
                <w:sz w:val="18"/>
                <w:szCs w:val="18"/>
              </w:rPr>
              <w:t>Ashley Monroe</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4</w:t>
            </w:r>
          </w:p>
        </w:tc>
        <w:tc>
          <w:tcPr>
            <w:tcW w:type="dxa" w:w="1606"/>
          </w:tcPr>
          <w:p>
            <w:pPr>
              <w:spacing w:after="20" w:line="240" w:lineRule="auto"/>
            </w:pPr>
            <w:r>
              <w:rPr>
                <w:sz w:val="18"/>
                <w:szCs w:val="18"/>
              </w:rPr>
              <w:t>(rating only)</w:t>
            </w:r>
          </w:p>
        </w:tc>
        <w:tc>
          <w:tcPr>
            <w:tcW w:type="dxa" w:w="1606"/>
          </w:tcPr>
          <w:p>
            <w:pPr>
              <w:spacing w:after="20" w:line="240" w:lineRule="auto"/>
            </w:pPr>
            <w:r>
              <w:rPr>
                <w:sz w:val="18"/>
                <w:szCs w:val="18"/>
              </w:rPr>
              <w:t>edited older review</w:t>
            </w:r>
          </w:p>
        </w:tc>
      </w:tr>
      <w:tr>
        <w:trPr>
          <w:cantSplit/>
        </w:trPr>
        <w:tc>
          <w:tcPr>
            <w:tcW w:type="dxa" w:w="1606"/>
          </w:tcPr>
          <w:p>
            <w:pPr>
              <w:spacing w:after="20" w:line="240" w:lineRule="auto"/>
            </w:pPr>
            <w:r>
              <w:rPr>
                <w:sz w:val="18"/>
                <w:szCs w:val="18"/>
              </w:rPr>
              <w:t>26 Apr 2026</w:t>
            </w:r>
          </w:p>
        </w:tc>
        <w:tc>
          <w:tcPr>
            <w:tcW w:type="dxa" w:w="1606"/>
          </w:tcPr>
          <w:p>
            <w:pPr>
              <w:spacing w:after="20" w:line="240" w:lineRule="auto"/>
            </w:pPr>
            <w:r>
              <w:rPr>
                <w:sz w:val="18"/>
                <w:szCs w:val="18"/>
              </w:rPr>
              <w:t>The Rob</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2</w:t>
            </w:r>
          </w:p>
        </w:tc>
        <w:tc>
          <w:tcPr>
            <w:tcW w:type="dxa" w:w="1606"/>
          </w:tcPr>
          <w:p>
            <w:pPr>
              <w:spacing w:after="20" w:line="240" w:lineRule="auto"/>
            </w:pPr>
            <w:r>
              <w:rPr>
                <w:sz w:val="18"/>
                <w:szCs w:val="18"/>
              </w:rPr>
              <w:t>Mechanic is cooperative, happy to answer all questions</w:t>
            </w:r>
          </w:p>
        </w:tc>
        <w:tc>
          <w:tcPr>
            <w:tcW w:type="dxa" w:w="1606"/>
          </w:tcPr>
          <w:p>
            <w:pPr>
              <w:spacing w:after="20" w:line="240" w:lineRule="auto"/>
            </w:pPr>
          </w:p>
        </w:tc>
      </w:tr>
      <w:tr>
        <w:trPr>
          <w:cantSplit/>
        </w:trPr>
        <w:tc>
          <w:tcPr>
            <w:tcW w:type="dxa" w:w="1606"/>
          </w:tcPr>
          <w:p>
            <w:pPr>
              <w:spacing w:after="20" w:line="240" w:lineRule="auto"/>
            </w:pPr>
            <w:r>
              <w:rPr>
                <w:sz w:val="18"/>
                <w:szCs w:val="18"/>
              </w:rPr>
              <w:t>26 Apr 2026</w:t>
            </w:r>
          </w:p>
        </w:tc>
        <w:tc>
          <w:tcPr>
            <w:tcW w:type="dxa" w:w="1606"/>
          </w:tcPr>
          <w:p>
            <w:pPr>
              <w:spacing w:after="20" w:line="240" w:lineRule="auto"/>
            </w:pPr>
            <w:r>
              <w:rPr>
                <w:sz w:val="18"/>
                <w:szCs w:val="18"/>
              </w:rPr>
              <w:t>Victor Kane</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0</w:t>
            </w:r>
          </w:p>
        </w:tc>
        <w:tc>
          <w:tcPr>
            <w:tcW w:type="dxa" w:w="1606"/>
          </w:tcPr>
          <w:p>
            <w:pPr>
              <w:spacing w:after="20" w:line="240" w:lineRule="auto"/>
            </w:pPr>
            <w:r>
              <w:rPr>
                <w:sz w:val="18"/>
                <w:szCs w:val="18"/>
              </w:rPr>
              <w:t>(rating only)</w:t>
            </w:r>
          </w:p>
        </w:tc>
        <w:tc>
          <w:tcPr>
            <w:tcW w:type="dxa" w:w="1606"/>
          </w:tcPr>
          <w:p>
            <w:pPr>
              <w:spacing w:after="20" w:line="240" w:lineRule="auto"/>
            </w:pPr>
          </w:p>
        </w:tc>
      </w:tr>
      <w:tr>
        <w:trPr>
          <w:cantSplit/>
        </w:trPr>
        <w:tc>
          <w:tcPr>
            <w:tcW w:type="dxa" w:w="1606"/>
          </w:tcPr>
          <w:p>
            <w:pPr>
              <w:spacing w:after="20" w:line="240" w:lineRule="auto"/>
            </w:pPr>
            <w:r>
              <w:rPr>
                <w:sz w:val="18"/>
                <w:szCs w:val="18"/>
              </w:rPr>
              <w:t>26 Apr 2026</w:t>
            </w:r>
          </w:p>
        </w:tc>
        <w:tc>
          <w:tcPr>
            <w:tcW w:type="dxa" w:w="1606"/>
          </w:tcPr>
          <w:p>
            <w:pPr>
              <w:spacing w:after="20" w:line="240" w:lineRule="auto"/>
            </w:pPr>
            <w:r>
              <w:rPr>
                <w:sz w:val="18"/>
                <w:szCs w:val="18"/>
              </w:rPr>
              <w:t>Dylan Foster</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0</w:t>
            </w:r>
          </w:p>
        </w:tc>
        <w:tc>
          <w:tcPr>
            <w:tcW w:type="dxa" w:w="1606"/>
          </w:tcPr>
          <w:p>
            <w:pPr>
              <w:spacing w:after="20" w:line="240" w:lineRule="auto"/>
            </w:pPr>
            <w:r>
              <w:rPr>
                <w:sz w:val="18"/>
                <w:szCs w:val="18"/>
              </w:rPr>
              <w:t>(rating only)</w:t>
            </w:r>
          </w:p>
        </w:tc>
        <w:tc>
          <w:tcPr>
            <w:tcW w:type="dxa" w:w="1606"/>
          </w:tcPr>
          <w:p>
            <w:pPr>
              <w:spacing w:after="20" w:line="240" w:lineRule="auto"/>
            </w:pPr>
          </w:p>
        </w:tc>
      </w:tr>
      <w:tr>
        <w:trPr>
          <w:cantSplit/>
        </w:trPr>
        <w:tc>
          <w:tcPr>
            <w:tcW w:type="dxa" w:w="1606"/>
          </w:tcPr>
          <w:p>
            <w:pPr>
              <w:spacing w:after="20" w:line="240" w:lineRule="auto"/>
            </w:pPr>
            <w:r>
              <w:rPr>
                <w:sz w:val="18"/>
                <w:szCs w:val="18"/>
              </w:rPr>
              <w:t>26 Apr 2026</w:t>
            </w:r>
          </w:p>
        </w:tc>
        <w:tc>
          <w:tcPr>
            <w:tcW w:type="dxa" w:w="1606"/>
          </w:tcPr>
          <w:p>
            <w:pPr>
              <w:spacing w:after="20" w:line="240" w:lineRule="auto"/>
            </w:pPr>
            <w:r>
              <w:rPr>
                <w:sz w:val="18"/>
                <w:szCs w:val="18"/>
              </w:rPr>
              <w:t>Josh</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0</w:t>
            </w:r>
          </w:p>
        </w:tc>
        <w:tc>
          <w:tcPr>
            <w:tcW w:type="dxa" w:w="1606"/>
          </w:tcPr>
          <w:p>
            <w:pPr>
              <w:spacing w:after="20" w:line="240" w:lineRule="auto"/>
            </w:pPr>
            <w:r>
              <w:rPr>
                <w:sz w:val="18"/>
                <w:szCs w:val="18"/>
              </w:rPr>
              <w:t>(rating only)</w:t>
            </w:r>
          </w:p>
        </w:tc>
        <w:tc>
          <w:tcPr>
            <w:tcW w:type="dxa" w:w="1606"/>
          </w:tcPr>
          <w:p>
            <w:pPr>
              <w:spacing w:after="20" w:line="240" w:lineRule="auto"/>
            </w:pPr>
          </w:p>
        </w:tc>
      </w:tr>
      <w:tr>
        <w:trPr>
          <w:cantSplit/>
        </w:trPr>
        <w:tc>
          <w:tcPr>
            <w:tcW w:type="dxa" w:w="1606"/>
          </w:tcPr>
          <w:p>
            <w:pPr>
              <w:spacing w:after="20" w:line="240" w:lineRule="auto"/>
            </w:pPr>
            <w:r>
              <w:rPr>
                <w:sz w:val="18"/>
                <w:szCs w:val="18"/>
              </w:rPr>
              <w:t>26 Apr 2026</w:t>
            </w:r>
          </w:p>
        </w:tc>
        <w:tc>
          <w:tcPr>
            <w:tcW w:type="dxa" w:w="1606"/>
          </w:tcPr>
          <w:p>
            <w:pPr>
              <w:spacing w:after="20" w:line="240" w:lineRule="auto"/>
            </w:pPr>
            <w:r>
              <w:rPr>
                <w:sz w:val="18"/>
                <w:szCs w:val="18"/>
              </w:rPr>
              <w:t>Mike_S3243</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1</w:t>
            </w:r>
          </w:p>
        </w:tc>
        <w:tc>
          <w:tcPr>
            <w:tcW w:type="dxa" w:w="1606"/>
          </w:tcPr>
          <w:p>
            <w:pPr>
              <w:spacing w:after="20" w:line="240" w:lineRule="auto"/>
            </w:pPr>
            <w:r>
              <w:rPr>
                <w:sz w:val="18"/>
                <w:szCs w:val="18"/>
              </w:rPr>
              <w:t>Amazing experience 👍</w:t>
            </w:r>
          </w:p>
        </w:tc>
        <w:tc>
          <w:tcPr>
            <w:tcW w:type="dxa" w:w="1606"/>
          </w:tcPr>
          <w:p>
            <w:pPr>
              <w:spacing w:after="20" w:line="240" w:lineRule="auto"/>
            </w:pPr>
            <w:r>
              <w:rPr>
                <w:sz w:val="18"/>
                <w:szCs w:val="18"/>
              </w:rPr>
              <w:t>edited older review</w:t>
            </w:r>
          </w:p>
        </w:tc>
      </w:tr>
      <w:tr>
        <w:trPr>
          <w:cantSplit/>
        </w:trPr>
        <w:tc>
          <w:tcPr>
            <w:tcW w:type="dxa" w:w="1606"/>
          </w:tcPr>
          <w:p>
            <w:pPr>
              <w:spacing w:after="20" w:line="240" w:lineRule="auto"/>
            </w:pPr>
            <w:r>
              <w:rPr>
                <w:sz w:val="18"/>
                <w:szCs w:val="18"/>
              </w:rPr>
              <w:t>26 Apr 2026</w:t>
            </w:r>
          </w:p>
        </w:tc>
        <w:tc>
          <w:tcPr>
            <w:tcW w:type="dxa" w:w="1606"/>
          </w:tcPr>
          <w:p>
            <w:pPr>
              <w:spacing w:after="20" w:line="240" w:lineRule="auto"/>
            </w:pPr>
            <w:r>
              <w:rPr>
                <w:sz w:val="18"/>
                <w:szCs w:val="18"/>
              </w:rPr>
              <w:t>Ace Electrical</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1</w:t>
            </w:r>
          </w:p>
        </w:tc>
        <w:tc>
          <w:tcPr>
            <w:tcW w:type="dxa" w:w="1606"/>
          </w:tcPr>
          <w:p>
            <w:pPr>
              <w:spacing w:after="20" w:line="240" w:lineRule="auto"/>
            </w:pPr>
            <w:r>
              <w:rPr>
                <w:sz w:val="18"/>
                <w:szCs w:val="18"/>
              </w:rPr>
              <w:t>(rating only)</w:t>
            </w:r>
          </w:p>
        </w:tc>
        <w:tc>
          <w:tcPr>
            <w:tcW w:type="dxa" w:w="1606"/>
          </w:tcPr>
          <w:p>
            <w:pPr>
              <w:spacing w:after="20" w:line="240" w:lineRule="auto"/>
            </w:pPr>
          </w:p>
        </w:tc>
      </w:tr>
      <w:tr>
        <w:trPr>
          <w:cantSplit/>
        </w:trPr>
        <w:tc>
          <w:tcPr>
            <w:tcW w:type="dxa" w:w="1606"/>
          </w:tcPr>
          <w:p>
            <w:pPr>
              <w:spacing w:after="20" w:line="240" w:lineRule="auto"/>
            </w:pPr>
            <w:r>
              <w:rPr>
                <w:sz w:val="18"/>
                <w:szCs w:val="18"/>
              </w:rPr>
              <w:t>26 Apr 2026</w:t>
            </w:r>
          </w:p>
        </w:tc>
        <w:tc>
          <w:tcPr>
            <w:tcW w:type="dxa" w:w="1606"/>
          </w:tcPr>
          <w:p>
            <w:pPr>
              <w:spacing w:after="20" w:line="240" w:lineRule="auto"/>
            </w:pPr>
            <w:r>
              <w:rPr>
                <w:sz w:val="18"/>
                <w:szCs w:val="18"/>
              </w:rPr>
              <w:t>Sean Arnold</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8</w:t>
            </w:r>
          </w:p>
        </w:tc>
        <w:tc>
          <w:tcPr>
            <w:tcW w:type="dxa" w:w="1606"/>
          </w:tcPr>
          <w:p>
            <w:pPr>
              <w:spacing w:after="20" w:line="240" w:lineRule="auto"/>
            </w:pPr>
            <w:r>
              <w:rPr>
                <w:sz w:val="18"/>
                <w:szCs w:val="18"/>
              </w:rPr>
              <w:t>⭐️⭐️⭐️⭐️⭐️ I recently had a timing belt replaced by Dan Kowalski,</w:t>
            </w:r>
          </w:p>
        </w:tc>
        <w:tc>
          <w:tcPr>
            <w:tcW w:type="dxa" w:w="1606"/>
          </w:tcPr>
          <w:p>
            <w:pPr>
              <w:spacing w:after="20" w:line="240" w:lineRule="auto"/>
            </w:pPr>
          </w:p>
        </w:tc>
      </w:tr>
      <w:tr>
        <w:trPr>
          <w:cantSplit/>
        </w:trPr>
        <w:tc>
          <w:tcPr>
            <w:tcW w:type="dxa" w:w="1606"/>
          </w:tcPr>
          <w:p>
            <w:pPr>
              <w:spacing w:after="20" w:line="240" w:lineRule="auto"/>
            </w:pPr>
            <w:r>
              <w:rPr>
                <w:sz w:val="18"/>
                <w:szCs w:val="18"/>
              </w:rPr>
              <w:t>26 Apr 2026</w:t>
            </w:r>
          </w:p>
        </w:tc>
        <w:tc>
          <w:tcPr>
            <w:tcW w:type="dxa" w:w="1606"/>
          </w:tcPr>
          <w:p>
            <w:pPr>
              <w:spacing w:after="20" w:line="240" w:lineRule="auto"/>
            </w:pPr>
            <w:r>
              <w:rPr>
                <w:sz w:val="18"/>
                <w:szCs w:val="18"/>
              </w:rPr>
              <w:t>Renee Nash</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9</w:t>
            </w:r>
          </w:p>
        </w:tc>
        <w:tc>
          <w:tcPr>
            <w:tcW w:type="dxa" w:w="1606"/>
          </w:tcPr>
          <w:p>
            <w:pPr>
              <w:spacing w:after="20" w:line="240" w:lineRule="auto"/>
            </w:pPr>
            <w:r>
              <w:rPr>
                <w:sz w:val="18"/>
                <w:szCs w:val="18"/>
              </w:rPr>
              <w:t>I recently brought my car in for an inspection and a repair, and</w:t>
            </w:r>
          </w:p>
        </w:tc>
        <w:tc>
          <w:tcPr>
            <w:tcW w:type="dxa" w:w="1606"/>
          </w:tcPr>
          <w:p>
            <w:pPr>
              <w:spacing w:after="20" w:line="240" w:lineRule="auto"/>
            </w:pPr>
          </w:p>
        </w:tc>
      </w:tr>
      <w:tr>
        <w:trPr>
          <w:cantSplit/>
        </w:trPr>
        <w:tc>
          <w:tcPr>
            <w:tcW w:type="dxa" w:w="1606"/>
          </w:tcPr>
          <w:p>
            <w:pPr>
              <w:spacing w:after="20" w:line="240" w:lineRule="auto"/>
            </w:pPr>
            <w:r>
              <w:rPr>
                <w:sz w:val="18"/>
                <w:szCs w:val="18"/>
              </w:rPr>
              <w:t>26 Apr 2026</w:t>
            </w:r>
          </w:p>
        </w:tc>
        <w:tc>
          <w:tcPr>
            <w:tcW w:type="dxa" w:w="1606"/>
          </w:tcPr>
          <w:p>
            <w:pPr>
              <w:spacing w:after="20" w:line="240" w:lineRule="auto"/>
            </w:pPr>
            <w:r>
              <w:rPr>
                <w:sz w:val="18"/>
                <w:szCs w:val="18"/>
              </w:rPr>
              <w:t>Chris Chandler</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9</w:t>
            </w:r>
          </w:p>
        </w:tc>
        <w:tc>
          <w:tcPr>
            <w:tcW w:type="dxa" w:w="1606"/>
          </w:tcPr>
          <w:p>
            <w:pPr>
              <w:spacing w:after="20" w:line="240" w:lineRule="auto"/>
            </w:pPr>
            <w:r>
              <w:rPr>
                <w:sz w:val="18"/>
                <w:szCs w:val="18"/>
              </w:rPr>
              <w:t>Work done well follow up good</w:t>
            </w:r>
          </w:p>
        </w:tc>
        <w:tc>
          <w:tcPr>
            <w:tcW w:type="dxa" w:w="1606"/>
          </w:tcPr>
          <w:p>
            <w:pPr>
              <w:spacing w:after="20" w:line="240" w:lineRule="auto"/>
            </w:pPr>
          </w:p>
        </w:tc>
      </w:tr>
      <w:tr>
        <w:trPr>
          <w:cantSplit/>
        </w:trPr>
        <w:tc>
          <w:tcPr>
            <w:tcW w:type="dxa" w:w="1606"/>
          </w:tcPr>
          <w:p>
            <w:pPr>
              <w:spacing w:after="20" w:line="240" w:lineRule="auto"/>
            </w:pPr>
            <w:r>
              <w:rPr>
                <w:sz w:val="18"/>
                <w:szCs w:val="18"/>
              </w:rPr>
              <w:t>26 Apr 2026</w:t>
            </w:r>
          </w:p>
        </w:tc>
        <w:tc>
          <w:tcPr>
            <w:tcW w:type="dxa" w:w="1606"/>
          </w:tcPr>
          <w:p>
            <w:pPr>
              <w:spacing w:after="20" w:line="240" w:lineRule="auto"/>
            </w:pPr>
            <w:r>
              <w:rPr>
                <w:sz w:val="18"/>
                <w:szCs w:val="18"/>
              </w:rPr>
              <w:t>Evan Bishop</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Dan Kowalski is an exceptional mechanic. He is meticulous and thorou</w:t>
            </w:r>
          </w:p>
        </w:tc>
        <w:tc>
          <w:tcPr>
            <w:tcW w:type="dxa" w:w="1606"/>
          </w:tcPr>
          <w:p>
            <w:pPr>
              <w:spacing w:after="20" w:line="240" w:lineRule="auto"/>
            </w:pPr>
          </w:p>
        </w:tc>
      </w:tr>
      <w:tr>
        <w:trPr>
          <w:cantSplit/>
        </w:trPr>
        <w:tc>
          <w:tcPr>
            <w:tcW w:type="dxa" w:w="1606"/>
          </w:tcPr>
          <w:p>
            <w:pPr>
              <w:spacing w:after="20" w:line="240" w:lineRule="auto"/>
            </w:pPr>
            <w:r>
              <w:rPr>
                <w:sz w:val="18"/>
                <w:szCs w:val="18"/>
              </w:rPr>
              <w:t>26 Apr 2026</w:t>
            </w:r>
          </w:p>
        </w:tc>
        <w:tc>
          <w:tcPr>
            <w:tcW w:type="dxa" w:w="1606"/>
          </w:tcPr>
          <w:p>
            <w:pPr>
              <w:spacing w:after="20" w:line="240" w:lineRule="auto"/>
            </w:pPr>
            <w:r>
              <w:rPr>
                <w:sz w:val="18"/>
                <w:szCs w:val="18"/>
              </w:rPr>
              <w:t>Ross Kimball</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4</w:t>
            </w:r>
          </w:p>
        </w:tc>
        <w:tc>
          <w:tcPr>
            <w:tcW w:type="dxa" w:w="1606"/>
          </w:tcPr>
          <w:p>
            <w:pPr>
              <w:spacing w:after="20" w:line="240" w:lineRule="auto"/>
            </w:pPr>
            <w:r>
              <w:rPr>
                <w:sz w:val="18"/>
                <w:szCs w:val="18"/>
              </w:rPr>
              <w:t>I had a very positive experience at this shop. Dan is highly knowle</w:t>
            </w:r>
          </w:p>
        </w:tc>
        <w:tc>
          <w:tcPr>
            <w:tcW w:type="dxa" w:w="1606"/>
          </w:tcPr>
          <w:p>
            <w:pPr>
              <w:spacing w:after="20" w:line="240" w:lineRule="auto"/>
            </w:pPr>
          </w:p>
        </w:tc>
      </w:tr>
      <w:tr>
        <w:trPr>
          <w:cantSplit/>
        </w:trPr>
        <w:tc>
          <w:tcPr>
            <w:tcW w:type="dxa" w:w="1606"/>
          </w:tcPr>
          <w:p>
            <w:pPr>
              <w:spacing w:after="20" w:line="240" w:lineRule="auto"/>
            </w:pPr>
            <w:r>
              <w:rPr>
                <w:sz w:val="18"/>
                <w:szCs w:val="18"/>
              </w:rPr>
              <w:t>28 Apr 2026</w:t>
            </w:r>
          </w:p>
        </w:tc>
        <w:tc>
          <w:tcPr>
            <w:tcW w:type="dxa" w:w="1606"/>
          </w:tcPr>
          <w:p>
            <w:pPr>
              <w:spacing w:after="20" w:line="240" w:lineRule="auto"/>
            </w:pPr>
            <w:r>
              <w:rPr>
                <w:sz w:val="18"/>
                <w:szCs w:val="18"/>
              </w:rPr>
              <w:t>Sharon Sands</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8</w:t>
            </w:r>
          </w:p>
        </w:tc>
        <w:tc>
          <w:tcPr>
            <w:tcW w:type="dxa" w:w="1606"/>
          </w:tcPr>
          <w:p>
            <w:pPr>
              <w:spacing w:after="20" w:line="240" w:lineRule="auto"/>
            </w:pPr>
            <w:r>
              <w:rPr>
                <w:sz w:val="18"/>
                <w:szCs w:val="18"/>
              </w:rPr>
              <w:t>One of the best mechanics, he is more like a friend and available whe</w:t>
            </w:r>
          </w:p>
        </w:tc>
        <w:tc>
          <w:tcPr>
            <w:tcW w:type="dxa" w:w="1606"/>
          </w:tcPr>
          <w:p>
            <w:pPr>
              <w:spacing w:after="20" w:line="240" w:lineRule="auto"/>
            </w:pPr>
          </w:p>
        </w:tc>
      </w:tr>
      <w:tr>
        <w:trPr>
          <w:cantSplit/>
        </w:trPr>
        <w:tc>
          <w:tcPr>
            <w:tcW w:type="dxa" w:w="1606"/>
          </w:tcPr>
          <w:p>
            <w:pPr>
              <w:spacing w:after="20" w:line="240" w:lineRule="auto"/>
            </w:pPr>
            <w:r>
              <w:rPr>
                <w:sz w:val="18"/>
                <w:szCs w:val="18"/>
              </w:rPr>
              <w:t>28 Apr 2026</w:t>
            </w:r>
          </w:p>
        </w:tc>
        <w:tc>
          <w:tcPr>
            <w:tcW w:type="dxa" w:w="1606"/>
          </w:tcPr>
          <w:p>
            <w:pPr>
              <w:spacing w:after="20" w:line="240" w:lineRule="auto"/>
            </w:pPr>
            <w:r>
              <w:rPr>
                <w:sz w:val="18"/>
                <w:szCs w:val="18"/>
              </w:rPr>
              <w:t>Lucky M</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0</w:t>
            </w:r>
          </w:p>
        </w:tc>
        <w:tc>
          <w:tcPr>
            <w:tcW w:type="dxa" w:w="1606"/>
          </w:tcPr>
          <w:p>
            <w:pPr>
              <w:spacing w:after="20" w:line="240" w:lineRule="auto"/>
            </w:pPr>
            <w:r>
              <w:rPr>
                <w:sz w:val="18"/>
                <w:szCs w:val="18"/>
              </w:rPr>
              <w:t>(rating only)</w:t>
            </w:r>
          </w:p>
        </w:tc>
        <w:tc>
          <w:tcPr>
            <w:tcW w:type="dxa" w:w="1606"/>
          </w:tcPr>
          <w:p>
            <w:pPr>
              <w:spacing w:after="20" w:line="240" w:lineRule="auto"/>
            </w:pPr>
          </w:p>
        </w:tc>
      </w:tr>
      <w:tr>
        <w:trPr>
          <w:cantSplit/>
        </w:trPr>
        <w:tc>
          <w:tcPr>
            <w:tcW w:type="dxa" w:w="1606"/>
          </w:tcPr>
          <w:p>
            <w:pPr>
              <w:spacing w:after="20" w:line="240" w:lineRule="auto"/>
            </w:pPr>
            <w:r>
              <w:rPr>
                <w:sz w:val="18"/>
                <w:szCs w:val="18"/>
              </w:rPr>
              <w:t>28 Apr 2026</w:t>
            </w:r>
          </w:p>
        </w:tc>
        <w:tc>
          <w:tcPr>
            <w:tcW w:type="dxa" w:w="1606"/>
          </w:tcPr>
          <w:p>
            <w:pPr>
              <w:spacing w:after="20" w:line="240" w:lineRule="auto"/>
            </w:pPr>
            <w:r>
              <w:rPr>
                <w:sz w:val="18"/>
                <w:szCs w:val="18"/>
              </w:rPr>
              <w:t>Kurt Kasper</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9</w:t>
            </w:r>
          </w:p>
        </w:tc>
        <w:tc>
          <w:tcPr>
            <w:tcW w:type="dxa" w:w="1606"/>
          </w:tcPr>
          <w:p>
            <w:pPr>
              <w:spacing w:after="20" w:line="240" w:lineRule="auto"/>
            </w:pPr>
            <w:r>
              <w:rPr>
                <w:sz w:val="18"/>
                <w:szCs w:val="18"/>
              </w:rPr>
              <w:t>(rating only)</w:t>
            </w:r>
          </w:p>
        </w:tc>
        <w:tc>
          <w:tcPr>
            <w:tcW w:type="dxa" w:w="1606"/>
          </w:tcPr>
          <w:p>
            <w:pPr>
              <w:spacing w:after="20" w:line="240" w:lineRule="auto"/>
            </w:pPr>
          </w:p>
        </w:tc>
      </w:tr>
      <w:tr>
        <w:trPr>
          <w:cantSplit/>
        </w:trPr>
        <w:tc>
          <w:tcPr>
            <w:tcW w:type="dxa" w:w="1606"/>
          </w:tcPr>
          <w:p>
            <w:pPr>
              <w:spacing w:after="20" w:line="240" w:lineRule="auto"/>
            </w:pPr>
            <w:r>
              <w:rPr>
                <w:sz w:val="18"/>
                <w:szCs w:val="18"/>
              </w:rPr>
              <w:t>28 Apr 2026</w:t>
            </w:r>
          </w:p>
        </w:tc>
        <w:tc>
          <w:tcPr>
            <w:tcW w:type="dxa" w:w="1606"/>
          </w:tcPr>
          <w:p>
            <w:pPr>
              <w:spacing w:after="20" w:line="240" w:lineRule="auto"/>
            </w:pPr>
            <w:r>
              <w:rPr>
                <w:sz w:val="18"/>
                <w:szCs w:val="18"/>
              </w:rPr>
              <w:t>Monica Jay</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2</w:t>
            </w:r>
          </w:p>
        </w:tc>
        <w:tc>
          <w:tcPr>
            <w:tcW w:type="dxa" w:w="1606"/>
          </w:tcPr>
          <w:p>
            <w:pPr>
              <w:spacing w:after="20" w:line="240" w:lineRule="auto"/>
            </w:pPr>
            <w:r>
              <w:rPr>
                <w:sz w:val="18"/>
                <w:szCs w:val="18"/>
              </w:rPr>
              <w:t>Would strongly recommend</w:t>
            </w:r>
          </w:p>
        </w:tc>
        <w:tc>
          <w:tcPr>
            <w:tcW w:type="dxa" w:w="1606"/>
          </w:tcPr>
          <w:p>
            <w:pPr>
              <w:spacing w:after="20" w:line="240" w:lineRule="auto"/>
            </w:pPr>
          </w:p>
        </w:tc>
      </w:tr>
      <w:tr>
        <w:trPr>
          <w:cantSplit/>
        </w:trPr>
        <w:tc>
          <w:tcPr>
            <w:tcW w:type="dxa" w:w="1606"/>
          </w:tcPr>
          <w:p>
            <w:pPr>
              <w:spacing w:after="20" w:line="240" w:lineRule="auto"/>
            </w:pPr>
            <w:r>
              <w:rPr>
                <w:sz w:val="18"/>
                <w:szCs w:val="18"/>
              </w:rPr>
              <w:t>28 Apr 2026</w:t>
            </w:r>
          </w:p>
        </w:tc>
        <w:tc>
          <w:tcPr>
            <w:tcW w:type="dxa" w:w="1606"/>
          </w:tcPr>
          <w:p>
            <w:pPr>
              <w:spacing w:after="20" w:line="240" w:lineRule="auto"/>
            </w:pPr>
            <w:r>
              <w:rPr>
                <w:sz w:val="18"/>
                <w:szCs w:val="18"/>
              </w:rPr>
              <w:t>Kendra Kerr</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1</w:t>
            </w:r>
          </w:p>
        </w:tc>
        <w:tc>
          <w:tcPr>
            <w:tcW w:type="dxa" w:w="1606"/>
          </w:tcPr>
          <w:p>
            <w:pPr>
              <w:spacing w:after="20" w:line="240" w:lineRule="auto"/>
            </w:pPr>
            <w:r>
              <w:rPr>
                <w:sz w:val="18"/>
                <w:szCs w:val="18"/>
              </w:rPr>
              <w:t>(rating only)</w:t>
            </w:r>
          </w:p>
        </w:tc>
        <w:tc>
          <w:tcPr>
            <w:tcW w:type="dxa" w:w="1606"/>
          </w:tcPr>
          <w:p>
            <w:pPr>
              <w:spacing w:after="20" w:line="240" w:lineRule="auto"/>
            </w:pPr>
          </w:p>
        </w:tc>
      </w:tr>
      <w:tr>
        <w:trPr>
          <w:cantSplit/>
        </w:trPr>
        <w:tc>
          <w:tcPr>
            <w:tcW w:type="dxa" w:w="1606"/>
          </w:tcPr>
          <w:p>
            <w:pPr>
              <w:spacing w:after="20" w:line="240" w:lineRule="auto"/>
            </w:pPr>
            <w:r>
              <w:rPr>
                <w:sz w:val="18"/>
                <w:szCs w:val="18"/>
              </w:rPr>
              <w:t>28 Apr 2026</w:t>
            </w:r>
          </w:p>
        </w:tc>
        <w:tc>
          <w:tcPr>
            <w:tcW w:type="dxa" w:w="1606"/>
          </w:tcPr>
          <w:p>
            <w:pPr>
              <w:spacing w:after="20" w:line="240" w:lineRule="auto"/>
            </w:pPr>
            <w:r>
              <w:rPr>
                <w:sz w:val="18"/>
                <w:szCs w:val="18"/>
              </w:rPr>
              <w:t>Nate Bates</w:t>
            </w:r>
          </w:p>
        </w:tc>
        <w:tc>
          <w:tcPr>
            <w:tcW w:type="dxa" w:w="1606"/>
          </w:tcPr>
          <w:p>
            <w:pPr>
              <w:spacing w:after="20" w:line="240" w:lineRule="auto"/>
            </w:pPr>
            <w:r>
              <w:rPr>
                <w:sz w:val="18"/>
                <w:szCs w:val="18"/>
              </w:rPr>
              <w:t>5</w:t>
            </w:r>
          </w:p>
        </w:tc>
        <w:tc>
          <w:tcPr>
            <w:tcW w:type="dxa" w:w="1606"/>
          </w:tcPr>
          <w:p>
            <w:pPr>
              <w:spacing w:after="20" w:line="240" w:lineRule="auto"/>
            </w:pPr>
            <w:r>
              <w:rPr>
                <w:sz w:val="18"/>
                <w:szCs w:val="18"/>
              </w:rPr>
              <w:t>2</w:t>
            </w:r>
          </w:p>
        </w:tc>
        <w:tc>
          <w:tcPr>
            <w:tcW w:type="dxa" w:w="1606"/>
          </w:tcPr>
          <w:p>
            <w:pPr>
              <w:spacing w:after="20" w:line="240" w:lineRule="auto"/>
            </w:pPr>
            <w:r>
              <w:rPr>
                <w:sz w:val="18"/>
                <w:szCs w:val="18"/>
              </w:rPr>
              <w:t>Dan Kowalski is a very good mechanic. He works with great care and</w:t>
            </w:r>
          </w:p>
        </w:tc>
        <w:tc>
          <w:tcPr>
            <w:tcW w:type="dxa" w:w="1606"/>
          </w:tcPr>
          <w:p>
            <w:pPr>
              <w:spacing w:after="20" w:line="240" w:lineRule="auto"/>
            </w:pPr>
          </w:p>
        </w:tc>
      </w:tr>
    </w:tbl>
    <w:p>
      <w:pPr>
        <w:pStyle w:val="Caption"/>
        <w:keepNext/>
      </w:pPr>
      <w:r>
        <w:rPr>
          <w:b/>
          <w:bCs/>
        </w:rPr>
        <w:t>Exhibit 1: Newest sort, 26 April 2026, 13:35 to 13:36 ET (part 1 of 5)</w:t>
      </w:r>
    </w:p>
    <w:p>
      <w:pPr>
        <w:pBdr>
          <w:top w:val="single" w:sz="4" w:space="4" w:color="C9D2DE"/>
          <w:left w:val="single" w:sz="4" w:space="4" w:color="C9D2DE"/>
          <w:bottom w:val="single" w:sz="4" w:space="4" w:color="C9D2DE"/>
          <w:right w:val="single" w:sz="4" w:space="4" w:color="C9D2DE"/>
        </w:pBdr>
      </w:pPr>
      <w:r>
        <w:rPr>
          <w:caps/>
          <w:color w:val="6B7789"/>
          <w:sz w:val="16"/>
          <w:szCs w:val="16"/>
        </w:rPr>
        <w:t>Sample only: no screenshot is reproduced. In a real report the dated screenshot appears here, cropped to the review list, with the file's SHA-256 fingerprint beneath it.</w:t>
      </w:r>
    </w:p>
    <w:p>
      <w:pPr>
        <w:pStyle w:val="Caption"/>
        <w:keepNext/>
      </w:pPr>
      <w:r>
        <w:rPr>
          <w:b/>
          <w:bCs/>
        </w:rPr>
        <w:t>Exhibit 2: Newest sort, 26 April 2026, 13:35 to 13:36 ET (part 2 of 5)</w:t>
      </w:r>
    </w:p>
    <w:p>
      <w:pPr>
        <w:pBdr>
          <w:top w:val="single" w:sz="4" w:space="4" w:color="C9D2DE"/>
          <w:left w:val="single" w:sz="4" w:space="4" w:color="C9D2DE"/>
          <w:bottom w:val="single" w:sz="4" w:space="4" w:color="C9D2DE"/>
          <w:right w:val="single" w:sz="4" w:space="4" w:color="C9D2DE"/>
        </w:pBdr>
      </w:pPr>
      <w:r>
        <w:rPr>
          <w:caps/>
          <w:color w:val="6B7789"/>
          <w:sz w:val="16"/>
          <w:szCs w:val="16"/>
        </w:rPr>
        <w:t>Sample only: no screenshot is reproduced. In a real report the dated screenshot appears here, cropped to the review list, with the file's SHA-256 fingerprint beneath it.</w:t>
      </w:r>
    </w:p>
    <w:p>
      <w:pPr>
        <w:pStyle w:val="Caption"/>
        <w:keepNext/>
      </w:pPr>
      <w:r>
        <w:rPr>
          <w:b/>
          <w:bCs/>
        </w:rPr>
        <w:t>Exhibit 3: Newest sort, 26 April 2026, 13:35 to 13:36 ET (part 3 of 5)</w:t>
      </w:r>
    </w:p>
    <w:p>
      <w:pPr>
        <w:pBdr>
          <w:top w:val="single" w:sz="4" w:space="4" w:color="C9D2DE"/>
          <w:left w:val="single" w:sz="4" w:space="4" w:color="C9D2DE"/>
          <w:bottom w:val="single" w:sz="4" w:space="4" w:color="C9D2DE"/>
          <w:right w:val="single" w:sz="4" w:space="4" w:color="C9D2DE"/>
        </w:pBdr>
      </w:pPr>
      <w:r>
        <w:rPr>
          <w:caps/>
          <w:color w:val="6B7789"/>
          <w:sz w:val="16"/>
          <w:szCs w:val="16"/>
        </w:rPr>
        <w:t>Sample only: no screenshot is reproduced. In a real report the dated screenshot appears here, cropped to the review list, with the file's SHA-256 fingerprint beneath it.</w:t>
      </w:r>
    </w:p>
    <w:p>
      <w:pPr>
        <w:pStyle w:val="Caption"/>
        <w:keepNext/>
      </w:pPr>
      <w:r>
        <w:rPr>
          <w:b/>
          <w:bCs/>
        </w:rPr>
        <w:t>Exhibit 4: Newest sort, 26 April 2026, 13:35 to 13:36 ET (part 4 of 5)</w:t>
      </w:r>
    </w:p>
    <w:p>
      <w:pPr>
        <w:pBdr>
          <w:top w:val="single" w:sz="4" w:space="4" w:color="C9D2DE"/>
          <w:left w:val="single" w:sz="4" w:space="4" w:color="C9D2DE"/>
          <w:bottom w:val="single" w:sz="4" w:space="4" w:color="C9D2DE"/>
          <w:right w:val="single" w:sz="4" w:space="4" w:color="C9D2DE"/>
        </w:pBdr>
      </w:pPr>
      <w:r>
        <w:rPr>
          <w:caps/>
          <w:color w:val="6B7789"/>
          <w:sz w:val="16"/>
          <w:szCs w:val="16"/>
        </w:rPr>
        <w:t>Sample only: no screenshot is reproduced. In a real report the dated screenshot appears here, cropped to the review list, with the file's SHA-256 fingerprint beneath it.</w:t>
      </w:r>
    </w:p>
    <w:p>
      <w:pPr>
        <w:pStyle w:val="Caption"/>
        <w:keepNext/>
      </w:pPr>
      <w:r>
        <w:rPr>
          <w:b/>
          <w:bCs/>
        </w:rPr>
        <w:t>Exhibit 5: Newest sort, 26 April 2026, 13:35 to 13:36 ET (part 5 of 5)</w:t>
      </w:r>
    </w:p>
    <w:p>
      <w:pPr>
        <w:pBdr>
          <w:top w:val="single" w:sz="4" w:space="4" w:color="C9D2DE"/>
          <w:left w:val="single" w:sz="4" w:space="4" w:color="C9D2DE"/>
          <w:bottom w:val="single" w:sz="4" w:space="4" w:color="C9D2DE"/>
          <w:right w:val="single" w:sz="4" w:space="4" w:color="C9D2DE"/>
        </w:pBdr>
      </w:pPr>
      <w:r>
        <w:rPr>
          <w:caps/>
          <w:color w:val="6B7789"/>
          <w:sz w:val="16"/>
          <w:szCs w:val="16"/>
        </w:rPr>
        <w:t>Sample only: no screenshot is reproduced. In a real report the dated screenshot appears here, cropped to the review list, with the file's SHA-256 fingerprint beneath it.</w:t>
      </w:r>
    </w:p>
    <w:p>
      <w:pPr>
        <w:pStyle w:val="Heading3"/>
      </w:pPr>
      <w:r>
        <w:rPr/>
        <w:t>6.2 August 2026 batch, observed live</w:t>
      </w:r>
    </w:p>
    <w:p>
      <w:r>
        <w:rPr/>
        <w:t>The listing was photographed at 23:05 and 23:09 on 12 August 2026 (Exhibits 6 and 7). Thirteen ratings with no text appeared between 19:01 and 23:04 that evening; ten were from accounts with no other public contribution. Two of the thirteen are no longer visible. The one four-star rating in the batch displayed five stars the following evening. These facts define the items and time window for review; they do not establish why a rating changed or an item disappeared.</w:t>
      </w:r>
    </w:p>
    <w:tbl>
      <w:tblPr>
        <w:tblStyle w:val="TableGrid"/>
        <w:tblW w:type="pct" w:w="5000"/>
        <w:tblLook w:firstColumn="1" w:firstRow="1" w:lastColumn="0" w:lastRow="0" w:noHBand="0" w:noVBand="1" w:val="04A0"/>
      </w:tblPr>
      <w:tblGrid>
        <w:gridCol w:w="1928"/>
        <w:gridCol w:w="1928"/>
        <w:gridCol w:w="1928"/>
        <w:gridCol w:w="1928"/>
        <w:gridCol w:w="1928"/>
      </w:tblGrid>
      <w:tr>
        <w:trPr>
          <w:cantSplit/>
          <w:tblHeader/>
        </w:trPr>
        <w:tc>
          <w:tcPr>
            <w:tcW w:type="dxa" w:w="1928"/>
            <w:shd w:val="clear" w:color="auto" w:fill="F2F4F8"/>
          </w:tcPr>
          <w:p>
            <w:pPr>
              <w:spacing w:after="20" w:line="240" w:lineRule="auto"/>
            </w:pPr>
            <w:r>
              <w:rPr>
                <w:b/>
                <w:bCs/>
                <w:caps/>
                <w:sz w:val="18"/>
                <w:szCs w:val="18"/>
              </w:rPr>
              <w:t>Posted</w:t>
            </w:r>
          </w:p>
        </w:tc>
        <w:tc>
          <w:tcPr>
            <w:tcW w:type="dxa" w:w="1928"/>
            <w:shd w:val="clear" w:color="auto" w:fill="F2F4F8"/>
          </w:tcPr>
          <w:p>
            <w:pPr>
              <w:spacing w:after="20" w:line="240" w:lineRule="auto"/>
            </w:pPr>
            <w:r>
              <w:rPr>
                <w:b/>
                <w:bCs/>
                <w:caps/>
                <w:sz w:val="18"/>
                <w:szCs w:val="18"/>
              </w:rPr>
              <w:t>Reviewer</w:t>
            </w:r>
          </w:p>
        </w:tc>
        <w:tc>
          <w:tcPr>
            <w:tcW w:type="dxa" w:w="1928"/>
            <w:shd w:val="clear" w:color="auto" w:fill="F2F4F8"/>
          </w:tcPr>
          <w:p>
            <w:pPr>
              <w:spacing w:after="20" w:line="240" w:lineRule="auto"/>
            </w:pPr>
            <w:r>
              <w:rPr>
                <w:b/>
                <w:bCs/>
                <w:caps/>
                <w:sz w:val="18"/>
                <w:szCs w:val="18"/>
              </w:rPr>
              <w:t>★</w:t>
            </w:r>
          </w:p>
        </w:tc>
        <w:tc>
          <w:tcPr>
            <w:tcW w:type="dxa" w:w="1928"/>
            <w:shd w:val="clear" w:color="auto" w:fill="F2F4F8"/>
          </w:tcPr>
          <w:p>
            <w:pPr>
              <w:spacing w:after="20" w:line="240" w:lineRule="auto"/>
            </w:pPr>
            <w:r>
              <w:rPr>
                <w:b/>
                <w:bCs/>
                <w:caps/>
                <w:sz w:val="18"/>
                <w:szCs w:val="18"/>
              </w:rPr>
              <w:t>Their reviews</w:t>
            </w:r>
          </w:p>
        </w:tc>
        <w:tc>
          <w:tcPr>
            <w:tcW w:type="dxa" w:w="1928"/>
            <w:shd w:val="clear" w:color="auto" w:fill="F2F4F8"/>
          </w:tcPr>
          <w:p>
            <w:pPr>
              <w:spacing w:after="20" w:line="240" w:lineRule="auto"/>
            </w:pPr>
            <w:r>
              <w:rPr>
                <w:b/>
                <w:bCs/>
                <w:caps/>
                <w:sz w:val="18"/>
                <w:szCs w:val="18"/>
              </w:rPr>
              <w:t>Note</w:t>
            </w:r>
          </w:p>
        </w:tc>
      </w:tr>
      <w:tr>
        <w:trPr>
          <w:cantSplit/>
        </w:trPr>
        <w:tc>
          <w:tcPr>
            <w:tcW w:type="dxa" w:w="1928"/>
          </w:tcPr>
          <w:p>
            <w:pPr>
              <w:spacing w:after="20" w:line="240" w:lineRule="auto"/>
            </w:pPr>
            <w:r>
              <w:rPr>
                <w:sz w:val="18"/>
                <w:szCs w:val="18"/>
              </w:rPr>
              <w:t>12 Aug 2026</w:t>
            </w:r>
          </w:p>
        </w:tc>
        <w:tc>
          <w:tcPr>
            <w:tcW w:type="dxa" w:w="1928"/>
          </w:tcPr>
          <w:p>
            <w:pPr>
              <w:spacing w:after="20" w:line="240" w:lineRule="auto"/>
            </w:pPr>
            <w:r>
              <w:rPr>
                <w:sz w:val="18"/>
                <w:szCs w:val="18"/>
              </w:rPr>
              <w:t>Marcus Reid</w:t>
            </w:r>
          </w:p>
        </w:tc>
        <w:tc>
          <w:tcPr>
            <w:tcW w:type="dxa" w:w="1928"/>
          </w:tcPr>
          <w:p>
            <w:pPr>
              <w:spacing w:after="20" w:line="240" w:lineRule="auto"/>
            </w:pPr>
            <w:r>
              <w:rPr>
                <w:sz w:val="18"/>
                <w:szCs w:val="18"/>
              </w:rPr>
              <w:t>5</w:t>
            </w:r>
          </w:p>
        </w:tc>
        <w:tc>
          <w:tcPr>
            <w:tcW w:type="dxa" w:w="1928"/>
          </w:tcPr>
          <w:p>
            <w:pPr>
              <w:spacing w:after="20" w:line="240" w:lineRule="auto"/>
            </w:pPr>
            <w:r>
              <w:rPr>
                <w:sz w:val="18"/>
                <w:szCs w:val="18"/>
              </w:rPr>
              <w:t>2</w:t>
            </w:r>
          </w:p>
        </w:tc>
        <w:tc>
          <w:tcPr>
            <w:tcW w:type="dxa" w:w="1928"/>
          </w:tcPr>
          <w:p>
            <w:pPr>
              <w:spacing w:after="20" w:line="240" w:lineRule="auto"/>
            </w:pPr>
            <w:r>
              <w:rPr>
                <w:sz w:val="18"/>
                <w:szCs w:val="18"/>
              </w:rPr>
              <w:t>no text</w:t>
            </w:r>
          </w:p>
        </w:tc>
      </w:tr>
      <w:tr>
        <w:trPr>
          <w:cantSplit/>
        </w:trPr>
        <w:tc>
          <w:tcPr>
            <w:tcW w:type="dxa" w:w="1928"/>
          </w:tcPr>
          <w:p>
            <w:pPr>
              <w:spacing w:after="20" w:line="240" w:lineRule="auto"/>
            </w:pPr>
            <w:r>
              <w:rPr>
                <w:sz w:val="18"/>
                <w:szCs w:val="18"/>
              </w:rPr>
              <w:t>12 Aug 2026</w:t>
            </w:r>
          </w:p>
        </w:tc>
        <w:tc>
          <w:tcPr>
            <w:tcW w:type="dxa" w:w="1928"/>
          </w:tcPr>
          <w:p>
            <w:pPr>
              <w:spacing w:after="20" w:line="240" w:lineRule="auto"/>
            </w:pPr>
            <w:r>
              <w:rPr>
                <w:sz w:val="18"/>
                <w:szCs w:val="18"/>
              </w:rPr>
              <w:t>Faith Kramer</w:t>
            </w:r>
          </w:p>
        </w:tc>
        <w:tc>
          <w:tcPr>
            <w:tcW w:type="dxa" w:w="1928"/>
          </w:tcPr>
          <w:p>
            <w:pPr>
              <w:spacing w:after="20" w:line="240" w:lineRule="auto"/>
            </w:pPr>
            <w:r>
              <w:rPr>
                <w:sz w:val="18"/>
                <w:szCs w:val="18"/>
              </w:rPr>
              <w:t>5</w:t>
            </w:r>
          </w:p>
        </w:tc>
        <w:tc>
          <w:tcPr>
            <w:tcW w:type="dxa" w:w="1928"/>
          </w:tcPr>
          <w:p>
            <w:pPr>
              <w:spacing w:after="20" w:line="240" w:lineRule="auto"/>
            </w:pPr>
            <w:r>
              <w:rPr>
                <w:sz w:val="18"/>
                <w:szCs w:val="18"/>
              </w:rPr>
              <w:t>1</w:t>
            </w:r>
          </w:p>
        </w:tc>
        <w:tc>
          <w:tcPr>
            <w:tcW w:type="dxa" w:w="1928"/>
          </w:tcPr>
          <w:p>
            <w:pPr>
              <w:spacing w:after="20" w:line="240" w:lineRule="auto"/>
            </w:pPr>
            <w:r>
              <w:rPr>
                <w:sz w:val="18"/>
                <w:szCs w:val="18"/>
              </w:rPr>
              <w:t>no text</w:t>
            </w:r>
          </w:p>
        </w:tc>
      </w:tr>
      <w:tr>
        <w:trPr>
          <w:cantSplit/>
        </w:trPr>
        <w:tc>
          <w:tcPr>
            <w:tcW w:type="dxa" w:w="1928"/>
          </w:tcPr>
          <w:p>
            <w:pPr>
              <w:spacing w:after="20" w:line="240" w:lineRule="auto"/>
            </w:pPr>
            <w:r>
              <w:rPr>
                <w:sz w:val="18"/>
                <w:szCs w:val="18"/>
              </w:rPr>
              <w:t>12 Aug 2026</w:t>
            </w:r>
          </w:p>
        </w:tc>
        <w:tc>
          <w:tcPr>
            <w:tcW w:type="dxa" w:w="1928"/>
          </w:tcPr>
          <w:p>
            <w:pPr>
              <w:spacing w:after="20" w:line="240" w:lineRule="auto"/>
            </w:pPr>
            <w:r>
              <w:rPr>
                <w:sz w:val="18"/>
                <w:szCs w:val="18"/>
              </w:rPr>
              <w:t>Jessica Tate</w:t>
            </w:r>
          </w:p>
        </w:tc>
        <w:tc>
          <w:tcPr>
            <w:tcW w:type="dxa" w:w="1928"/>
          </w:tcPr>
          <w:p>
            <w:pPr>
              <w:spacing w:after="20" w:line="240" w:lineRule="auto"/>
            </w:pPr>
            <w:r>
              <w:rPr>
                <w:sz w:val="18"/>
                <w:szCs w:val="18"/>
              </w:rPr>
              <w:t>5</w:t>
            </w:r>
          </w:p>
        </w:tc>
        <w:tc>
          <w:tcPr>
            <w:tcW w:type="dxa" w:w="1928"/>
          </w:tcPr>
          <w:p>
            <w:pPr>
              <w:spacing w:after="20" w:line="240" w:lineRule="auto"/>
            </w:pPr>
            <w:r>
              <w:rPr>
                <w:sz w:val="18"/>
                <w:szCs w:val="18"/>
              </w:rPr>
              <w:t>0</w:t>
            </w:r>
          </w:p>
        </w:tc>
        <w:tc>
          <w:tcPr>
            <w:tcW w:type="dxa" w:w="1928"/>
          </w:tcPr>
          <w:p>
            <w:pPr>
              <w:spacing w:after="20" w:line="240" w:lineRule="auto"/>
            </w:pPr>
            <w:r>
              <w:rPr>
                <w:sz w:val="18"/>
                <w:szCs w:val="18"/>
              </w:rPr>
              <w:t>no text</w:t>
            </w:r>
          </w:p>
        </w:tc>
      </w:tr>
      <w:tr>
        <w:trPr>
          <w:cantSplit/>
        </w:trPr>
        <w:tc>
          <w:tcPr>
            <w:tcW w:type="dxa" w:w="1928"/>
          </w:tcPr>
          <w:p>
            <w:pPr>
              <w:spacing w:after="20" w:line="240" w:lineRule="auto"/>
            </w:pPr>
            <w:r>
              <w:rPr>
                <w:sz w:val="18"/>
                <w:szCs w:val="18"/>
              </w:rPr>
              <w:t>12 Aug 2026</w:t>
            </w:r>
          </w:p>
        </w:tc>
        <w:tc>
          <w:tcPr>
            <w:tcW w:type="dxa" w:w="1928"/>
          </w:tcPr>
          <w:p>
            <w:pPr>
              <w:spacing w:after="20" w:line="240" w:lineRule="auto"/>
            </w:pPr>
            <w:r>
              <w:rPr>
                <w:sz w:val="18"/>
                <w:szCs w:val="18"/>
              </w:rPr>
              <w:t>Ronald Patton</w:t>
            </w:r>
          </w:p>
        </w:tc>
        <w:tc>
          <w:tcPr>
            <w:tcW w:type="dxa" w:w="1928"/>
          </w:tcPr>
          <w:p>
            <w:pPr>
              <w:spacing w:after="20" w:line="240" w:lineRule="auto"/>
            </w:pPr>
            <w:r>
              <w:rPr>
                <w:sz w:val="18"/>
                <w:szCs w:val="18"/>
              </w:rPr>
              <w:t>5</w:t>
            </w:r>
          </w:p>
        </w:tc>
        <w:tc>
          <w:tcPr>
            <w:tcW w:type="dxa" w:w="1928"/>
          </w:tcPr>
          <w:p>
            <w:pPr>
              <w:spacing w:after="20" w:line="240" w:lineRule="auto"/>
            </w:pPr>
            <w:r>
              <w:rPr>
                <w:sz w:val="18"/>
                <w:szCs w:val="18"/>
              </w:rPr>
              <w:t>0</w:t>
            </w:r>
          </w:p>
        </w:tc>
        <w:tc>
          <w:tcPr>
            <w:tcW w:type="dxa" w:w="1928"/>
          </w:tcPr>
          <w:p>
            <w:pPr>
              <w:spacing w:after="20" w:line="240" w:lineRule="auto"/>
            </w:pPr>
            <w:r>
              <w:rPr>
                <w:sz w:val="18"/>
                <w:szCs w:val="18"/>
              </w:rPr>
              <w:t>no text</w:t>
            </w:r>
          </w:p>
        </w:tc>
      </w:tr>
      <w:tr>
        <w:trPr>
          <w:cantSplit/>
        </w:trPr>
        <w:tc>
          <w:tcPr>
            <w:tcW w:type="dxa" w:w="1928"/>
          </w:tcPr>
          <w:p>
            <w:pPr>
              <w:spacing w:after="20" w:line="240" w:lineRule="auto"/>
            </w:pPr>
            <w:r>
              <w:rPr>
                <w:sz w:val="18"/>
                <w:szCs w:val="18"/>
              </w:rPr>
              <w:t>12 Aug 2026</w:t>
            </w:r>
          </w:p>
        </w:tc>
        <w:tc>
          <w:tcPr>
            <w:tcW w:type="dxa" w:w="1928"/>
          </w:tcPr>
          <w:p>
            <w:pPr>
              <w:spacing w:after="20" w:line="240" w:lineRule="auto"/>
            </w:pPr>
            <w:r>
              <w:rPr>
                <w:sz w:val="18"/>
                <w:szCs w:val="18"/>
              </w:rPr>
              <w:t>Molly Mansfield</w:t>
            </w:r>
          </w:p>
        </w:tc>
        <w:tc>
          <w:tcPr>
            <w:tcW w:type="dxa" w:w="1928"/>
          </w:tcPr>
          <w:p>
            <w:pPr>
              <w:spacing w:after="20" w:line="240" w:lineRule="auto"/>
            </w:pPr>
            <w:r>
              <w:rPr>
                <w:sz w:val="18"/>
                <w:szCs w:val="18"/>
              </w:rPr>
              <w:t>5</w:t>
            </w:r>
          </w:p>
        </w:tc>
        <w:tc>
          <w:tcPr>
            <w:tcW w:type="dxa" w:w="1928"/>
          </w:tcPr>
          <w:p>
            <w:pPr>
              <w:spacing w:after="20" w:line="240" w:lineRule="auto"/>
            </w:pPr>
            <w:r>
              <w:rPr>
                <w:sz w:val="18"/>
                <w:szCs w:val="18"/>
              </w:rPr>
              <w:t>0</w:t>
            </w:r>
          </w:p>
        </w:tc>
        <w:tc>
          <w:tcPr>
            <w:tcW w:type="dxa" w:w="1928"/>
          </w:tcPr>
          <w:p>
            <w:pPr>
              <w:spacing w:after="20" w:line="240" w:lineRule="auto"/>
            </w:pPr>
            <w:r>
              <w:rPr>
                <w:sz w:val="18"/>
                <w:szCs w:val="18"/>
              </w:rPr>
              <w:t>no text</w:t>
            </w:r>
          </w:p>
        </w:tc>
      </w:tr>
      <w:tr>
        <w:trPr>
          <w:cantSplit/>
        </w:trPr>
        <w:tc>
          <w:tcPr>
            <w:tcW w:type="dxa" w:w="1928"/>
          </w:tcPr>
          <w:p>
            <w:pPr>
              <w:spacing w:after="20" w:line="240" w:lineRule="auto"/>
            </w:pPr>
            <w:r>
              <w:rPr>
                <w:sz w:val="18"/>
                <w:szCs w:val="18"/>
              </w:rPr>
              <w:t>12 Aug 2026</w:t>
            </w:r>
          </w:p>
        </w:tc>
        <w:tc>
          <w:tcPr>
            <w:tcW w:type="dxa" w:w="1928"/>
          </w:tcPr>
          <w:p>
            <w:pPr>
              <w:spacing w:after="20" w:line="240" w:lineRule="auto"/>
            </w:pPr>
            <w:r>
              <w:rPr>
                <w:sz w:val="18"/>
                <w:szCs w:val="18"/>
              </w:rPr>
              <w:t>Adam Reyes</w:t>
            </w:r>
          </w:p>
        </w:tc>
        <w:tc>
          <w:tcPr>
            <w:tcW w:type="dxa" w:w="1928"/>
          </w:tcPr>
          <w:p>
            <w:pPr>
              <w:spacing w:after="20" w:line="240" w:lineRule="auto"/>
            </w:pPr>
            <w:r>
              <w:rPr>
                <w:sz w:val="18"/>
                <w:szCs w:val="18"/>
              </w:rPr>
              <w:t>5</w:t>
            </w:r>
          </w:p>
        </w:tc>
        <w:tc>
          <w:tcPr>
            <w:tcW w:type="dxa" w:w="1928"/>
          </w:tcPr>
          <w:p>
            <w:pPr>
              <w:spacing w:after="20" w:line="240" w:lineRule="auto"/>
            </w:pPr>
            <w:r>
              <w:rPr>
                <w:sz w:val="18"/>
                <w:szCs w:val="18"/>
              </w:rPr>
              <w:t>0</w:t>
            </w:r>
          </w:p>
        </w:tc>
        <w:tc>
          <w:tcPr>
            <w:tcW w:type="dxa" w:w="1928"/>
          </w:tcPr>
          <w:p>
            <w:pPr>
              <w:spacing w:after="20" w:line="240" w:lineRule="auto"/>
            </w:pPr>
            <w:r>
              <w:rPr>
                <w:sz w:val="18"/>
                <w:szCs w:val="18"/>
              </w:rPr>
              <w:t>no text</w:t>
            </w:r>
          </w:p>
        </w:tc>
      </w:tr>
      <w:tr>
        <w:trPr>
          <w:cantSplit/>
        </w:trPr>
        <w:tc>
          <w:tcPr>
            <w:tcW w:type="dxa" w:w="1928"/>
          </w:tcPr>
          <w:p>
            <w:pPr>
              <w:spacing w:after="20" w:line="240" w:lineRule="auto"/>
            </w:pPr>
            <w:r>
              <w:rPr>
                <w:sz w:val="18"/>
                <w:szCs w:val="18"/>
              </w:rPr>
              <w:t>12 Aug 2026</w:t>
            </w:r>
          </w:p>
        </w:tc>
        <w:tc>
          <w:tcPr>
            <w:tcW w:type="dxa" w:w="1928"/>
          </w:tcPr>
          <w:p>
            <w:pPr>
              <w:spacing w:after="20" w:line="240" w:lineRule="auto"/>
            </w:pPr>
            <w:r>
              <w:rPr>
                <w:sz w:val="18"/>
                <w:szCs w:val="18"/>
              </w:rPr>
              <w:t>Wes Malone</w:t>
            </w:r>
          </w:p>
        </w:tc>
        <w:tc>
          <w:tcPr>
            <w:tcW w:type="dxa" w:w="1928"/>
          </w:tcPr>
          <w:p>
            <w:pPr>
              <w:spacing w:after="20" w:line="240" w:lineRule="auto"/>
            </w:pPr>
            <w:r>
              <w:rPr>
                <w:sz w:val="18"/>
                <w:szCs w:val="18"/>
              </w:rPr>
              <w:t>5</w:t>
            </w:r>
          </w:p>
        </w:tc>
        <w:tc>
          <w:tcPr>
            <w:tcW w:type="dxa" w:w="1928"/>
          </w:tcPr>
          <w:p>
            <w:pPr>
              <w:spacing w:after="20" w:line="240" w:lineRule="auto"/>
            </w:pPr>
            <w:r>
              <w:rPr>
                <w:sz w:val="18"/>
                <w:szCs w:val="18"/>
              </w:rPr>
              <w:t>0</w:t>
            </w:r>
          </w:p>
        </w:tc>
        <w:tc>
          <w:tcPr>
            <w:tcW w:type="dxa" w:w="1928"/>
          </w:tcPr>
          <w:p>
            <w:pPr>
              <w:spacing w:after="20" w:line="240" w:lineRule="auto"/>
            </w:pPr>
            <w:r>
              <w:rPr>
                <w:sz w:val="18"/>
                <w:szCs w:val="18"/>
              </w:rPr>
              <w:t>no text</w:t>
            </w:r>
          </w:p>
        </w:tc>
      </w:tr>
      <w:tr>
        <w:trPr>
          <w:cantSplit/>
        </w:trPr>
        <w:tc>
          <w:tcPr>
            <w:tcW w:type="dxa" w:w="1928"/>
          </w:tcPr>
          <w:p>
            <w:pPr>
              <w:spacing w:after="20" w:line="240" w:lineRule="auto"/>
            </w:pPr>
            <w:r>
              <w:rPr>
                <w:sz w:val="18"/>
                <w:szCs w:val="18"/>
              </w:rPr>
              <w:t>12 Aug 2026</w:t>
            </w:r>
          </w:p>
        </w:tc>
        <w:tc>
          <w:tcPr>
            <w:tcW w:type="dxa" w:w="1928"/>
          </w:tcPr>
          <w:p>
            <w:pPr>
              <w:spacing w:after="20" w:line="240" w:lineRule="auto"/>
            </w:pPr>
            <w:r>
              <w:rPr>
                <w:sz w:val="18"/>
                <w:szCs w:val="18"/>
              </w:rPr>
              <w:t>DNRW</w:t>
            </w:r>
          </w:p>
        </w:tc>
        <w:tc>
          <w:tcPr>
            <w:tcW w:type="dxa" w:w="1928"/>
          </w:tcPr>
          <w:p>
            <w:pPr>
              <w:spacing w:after="20" w:line="240" w:lineRule="auto"/>
            </w:pPr>
            <w:r>
              <w:rPr>
                <w:sz w:val="18"/>
                <w:szCs w:val="18"/>
              </w:rPr>
              <w:t>5</w:t>
            </w:r>
          </w:p>
        </w:tc>
        <w:tc>
          <w:tcPr>
            <w:tcW w:type="dxa" w:w="1928"/>
          </w:tcPr>
          <w:p>
            <w:pPr>
              <w:spacing w:after="20" w:line="240" w:lineRule="auto"/>
            </w:pPr>
            <w:r>
              <w:rPr>
                <w:sz w:val="18"/>
                <w:szCs w:val="18"/>
              </w:rPr>
              <w:t>0</w:t>
            </w:r>
          </w:p>
        </w:tc>
        <w:tc>
          <w:tcPr>
            <w:tcW w:type="dxa" w:w="1928"/>
          </w:tcPr>
          <w:p>
            <w:pPr>
              <w:spacing w:after="20" w:line="240" w:lineRule="auto"/>
            </w:pPr>
            <w:r>
              <w:rPr>
                <w:sz w:val="18"/>
                <w:szCs w:val="18"/>
              </w:rPr>
              <w:t>no text</w:t>
            </w:r>
          </w:p>
        </w:tc>
      </w:tr>
      <w:tr>
        <w:trPr>
          <w:cantSplit/>
        </w:trPr>
        <w:tc>
          <w:tcPr>
            <w:tcW w:type="dxa" w:w="1928"/>
          </w:tcPr>
          <w:p>
            <w:pPr>
              <w:spacing w:after="20" w:line="240" w:lineRule="auto"/>
            </w:pPr>
            <w:r>
              <w:rPr>
                <w:sz w:val="18"/>
                <w:szCs w:val="18"/>
              </w:rPr>
              <w:t>12 Aug 2026</w:t>
            </w:r>
          </w:p>
        </w:tc>
        <w:tc>
          <w:tcPr>
            <w:tcW w:type="dxa" w:w="1928"/>
          </w:tcPr>
          <w:p>
            <w:pPr>
              <w:spacing w:after="20" w:line="240" w:lineRule="auto"/>
            </w:pPr>
            <w:r>
              <w:rPr>
                <w:sz w:val="18"/>
                <w:szCs w:val="18"/>
              </w:rPr>
              <w:t>Shane Rowe</w:t>
            </w:r>
          </w:p>
        </w:tc>
        <w:tc>
          <w:tcPr>
            <w:tcW w:type="dxa" w:w="1928"/>
          </w:tcPr>
          <w:p>
            <w:pPr>
              <w:spacing w:after="20" w:line="240" w:lineRule="auto"/>
            </w:pPr>
            <w:r>
              <w:rPr>
                <w:sz w:val="18"/>
                <w:szCs w:val="18"/>
              </w:rPr>
              <w:t>5</w:t>
            </w:r>
          </w:p>
        </w:tc>
        <w:tc>
          <w:tcPr>
            <w:tcW w:type="dxa" w:w="1928"/>
          </w:tcPr>
          <w:p>
            <w:pPr>
              <w:spacing w:after="20" w:line="240" w:lineRule="auto"/>
            </w:pPr>
            <w:r>
              <w:rPr>
                <w:sz w:val="18"/>
                <w:szCs w:val="18"/>
              </w:rPr>
              <w:t>0</w:t>
            </w:r>
          </w:p>
        </w:tc>
        <w:tc>
          <w:tcPr>
            <w:tcW w:type="dxa" w:w="1928"/>
          </w:tcPr>
          <w:p>
            <w:pPr>
              <w:spacing w:after="20" w:line="240" w:lineRule="auto"/>
            </w:pPr>
            <w:r>
              <w:rPr>
                <w:sz w:val="18"/>
                <w:szCs w:val="18"/>
              </w:rPr>
              <w:t>no text</w:t>
            </w:r>
          </w:p>
        </w:tc>
      </w:tr>
      <w:tr>
        <w:trPr>
          <w:cantSplit/>
        </w:trPr>
        <w:tc>
          <w:tcPr>
            <w:tcW w:type="dxa" w:w="1928"/>
          </w:tcPr>
          <w:p>
            <w:pPr>
              <w:spacing w:after="20" w:line="240" w:lineRule="auto"/>
            </w:pPr>
            <w:r>
              <w:rPr>
                <w:sz w:val="18"/>
                <w:szCs w:val="18"/>
              </w:rPr>
              <w:t>12 Aug 2026</w:t>
            </w:r>
          </w:p>
        </w:tc>
        <w:tc>
          <w:tcPr>
            <w:tcW w:type="dxa" w:w="1928"/>
          </w:tcPr>
          <w:p>
            <w:pPr>
              <w:spacing w:after="20" w:line="240" w:lineRule="auto"/>
            </w:pPr>
            <w:r>
              <w:rPr>
                <w:sz w:val="18"/>
                <w:szCs w:val="18"/>
              </w:rPr>
              <w:t>Shelby Ramos</w:t>
            </w:r>
          </w:p>
        </w:tc>
        <w:tc>
          <w:tcPr>
            <w:tcW w:type="dxa" w:w="1928"/>
          </w:tcPr>
          <w:p>
            <w:pPr>
              <w:spacing w:after="20" w:line="240" w:lineRule="auto"/>
            </w:pPr>
            <w:r>
              <w:rPr>
                <w:sz w:val="18"/>
                <w:szCs w:val="18"/>
              </w:rPr>
              <w:t>5</w:t>
            </w:r>
          </w:p>
        </w:tc>
        <w:tc>
          <w:tcPr>
            <w:tcW w:type="dxa" w:w="1928"/>
          </w:tcPr>
          <w:p>
            <w:pPr>
              <w:spacing w:after="20" w:line="240" w:lineRule="auto"/>
            </w:pPr>
            <w:r>
              <w:rPr>
                <w:sz w:val="18"/>
                <w:szCs w:val="18"/>
              </w:rPr>
              <w:t>0</w:t>
            </w:r>
          </w:p>
        </w:tc>
        <w:tc>
          <w:tcPr>
            <w:tcW w:type="dxa" w:w="1928"/>
          </w:tcPr>
          <w:p>
            <w:pPr>
              <w:spacing w:after="20" w:line="240" w:lineRule="auto"/>
            </w:pPr>
            <w:r>
              <w:rPr>
                <w:sz w:val="18"/>
                <w:szCs w:val="18"/>
              </w:rPr>
              <w:t>no text</w:t>
            </w:r>
          </w:p>
        </w:tc>
      </w:tr>
      <w:tr>
        <w:trPr>
          <w:cantSplit/>
        </w:trPr>
        <w:tc>
          <w:tcPr>
            <w:tcW w:type="dxa" w:w="1928"/>
          </w:tcPr>
          <w:p>
            <w:pPr>
              <w:spacing w:after="20" w:line="240" w:lineRule="auto"/>
            </w:pPr>
            <w:r>
              <w:rPr>
                <w:sz w:val="18"/>
                <w:szCs w:val="18"/>
              </w:rPr>
              <w:t>13 Aug 2026</w:t>
            </w:r>
          </w:p>
        </w:tc>
        <w:tc>
          <w:tcPr>
            <w:tcW w:type="dxa" w:w="1928"/>
          </w:tcPr>
          <w:p>
            <w:pPr>
              <w:spacing w:after="20" w:line="240" w:lineRule="auto"/>
            </w:pPr>
            <w:r>
              <w:rPr>
                <w:sz w:val="18"/>
                <w:szCs w:val="18"/>
              </w:rPr>
              <w:t>total tech</w:t>
            </w:r>
          </w:p>
        </w:tc>
        <w:tc>
          <w:tcPr>
            <w:tcW w:type="dxa" w:w="1928"/>
          </w:tcPr>
          <w:p>
            <w:pPr>
              <w:spacing w:after="20" w:line="240" w:lineRule="auto"/>
            </w:pPr>
            <w:r>
              <w:rPr>
                <w:sz w:val="18"/>
                <w:szCs w:val="18"/>
              </w:rPr>
              <w:t>5</w:t>
            </w:r>
          </w:p>
        </w:tc>
        <w:tc>
          <w:tcPr>
            <w:tcW w:type="dxa" w:w="1928"/>
          </w:tcPr>
          <w:p>
            <w:pPr>
              <w:spacing w:after="20" w:line="240" w:lineRule="auto"/>
            </w:pPr>
            <w:r>
              <w:rPr>
                <w:sz w:val="18"/>
                <w:szCs w:val="18"/>
              </w:rPr>
              <w:t>0</w:t>
            </w:r>
          </w:p>
        </w:tc>
        <w:tc>
          <w:tcPr>
            <w:tcW w:type="dxa" w:w="1928"/>
          </w:tcPr>
          <w:p>
            <w:pPr>
              <w:spacing w:after="20" w:line="240" w:lineRule="auto"/>
            </w:pPr>
            <w:r>
              <w:rPr>
                <w:sz w:val="18"/>
                <w:szCs w:val="18"/>
              </w:rPr>
              <w:t>edited from 4★ to 5★ on 13 Aug 22:54</w:t>
            </w:r>
          </w:p>
        </w:tc>
      </w:tr>
    </w:tbl>
    <w:p>
      <w:pPr>
        <w:pStyle w:val="Caption"/>
        <w:keepNext/>
      </w:pPr>
      <w:r>
        <w:rPr>
          <w:b/>
          <w:bCs/>
        </w:rPr>
        <w:t>Exhibit 6: Newest sort, 12 August 2026, 23:05 ET</w:t>
      </w:r>
    </w:p>
    <w:p>
      <w:pPr>
        <w:pBdr>
          <w:top w:val="single" w:sz="4" w:space="4" w:color="C9D2DE"/>
          <w:left w:val="single" w:sz="4" w:space="4" w:color="C9D2DE"/>
          <w:bottom w:val="single" w:sz="4" w:space="4" w:color="C9D2DE"/>
          <w:right w:val="single" w:sz="4" w:space="4" w:color="C9D2DE"/>
        </w:pBdr>
      </w:pPr>
      <w:r>
        <w:rPr>
          <w:caps/>
          <w:color w:val="6B7789"/>
          <w:sz w:val="16"/>
          <w:szCs w:val="16"/>
        </w:rPr>
        <w:t>Sample only: no screenshot is reproduced. In a real report the dated screenshot appears here, cropped to the review list, with the file's SHA-256 fingerprint beneath it.</w:t>
      </w:r>
    </w:p>
    <w:p>
      <w:pPr>
        <w:pStyle w:val="Caption"/>
        <w:keepNext/>
      </w:pPr>
      <w:r>
        <w:rPr>
          <w:b/>
          <w:bCs/>
        </w:rPr>
        <w:t>Exhibit 7: Newest sort, 12 August 2026, 23:09 ET</w:t>
      </w:r>
    </w:p>
    <w:p>
      <w:pPr>
        <w:pBdr>
          <w:top w:val="single" w:sz="4" w:space="4" w:color="C9D2DE"/>
          <w:left w:val="single" w:sz="4" w:space="4" w:color="C9D2DE"/>
          <w:bottom w:val="single" w:sz="4" w:space="4" w:color="C9D2DE"/>
          <w:right w:val="single" w:sz="4" w:space="4" w:color="C9D2DE"/>
        </w:pBdr>
      </w:pPr>
      <w:r>
        <w:rPr>
          <w:caps/>
          <w:color w:val="6B7789"/>
          <w:sz w:val="16"/>
          <w:szCs w:val="16"/>
        </w:rPr>
        <w:t>Sample only: no screenshot is reproduced. In a real report the dated screenshot appears here, cropped to the review list, with the file's SHA-256 fingerprint beneath it.</w:t>
      </w:r>
    </w:p>
    <w:p>
      <w:pPr>
        <w:pStyle w:val="Heading2"/>
      </w:pPr>
      <w:r>
        <w:rPr/>
        <w:t>7. Context: older reviews edited during review batches</w:t>
      </w:r>
    </w:p>
    <w:p>
      <w:r>
        <w:rPr/>
        <w:t>Google Maps displays a review's most recent edit time. A review dated after the business reply was saved again after that reply. Fifteen reviews on the listing show this sequence; four were saved again on batch days, including one from a spa co-poster in section 3 and one displayed as "Edited an hour ago" among new reviews on 26 April 2026. Editing can move a review within the Newest sort. An edit alone is not proof of anything, and the public snapshot cannot show edit history or the reason for the change.</w:t>
      </w:r>
    </w:p>
    <w:tbl>
      <w:tblPr>
        <w:tblStyle w:val="TableGrid"/>
        <w:tblW w:type="pct" w:w="5000"/>
        <w:tblLook w:firstColumn="1" w:firstRow="1" w:lastColumn="0" w:lastRow="0" w:noHBand="0" w:noVBand="1" w:val="04A0"/>
      </w:tblPr>
      <w:tblGrid>
        <w:gridCol w:w="1928"/>
        <w:gridCol w:w="1928"/>
        <w:gridCol w:w="1928"/>
        <w:gridCol w:w="1928"/>
        <w:gridCol w:w="1928"/>
      </w:tblGrid>
      <w:tr>
        <w:trPr>
          <w:cantSplit/>
          <w:tblHeader/>
        </w:trPr>
        <w:tc>
          <w:tcPr>
            <w:tcW w:type="dxa" w:w="1928"/>
            <w:shd w:val="clear" w:color="auto" w:fill="F2F4F8"/>
          </w:tcPr>
          <w:p>
            <w:pPr>
              <w:spacing w:after="20" w:line="240" w:lineRule="auto"/>
            </w:pPr>
            <w:r>
              <w:rPr>
                <w:b/>
                <w:bCs/>
                <w:caps/>
                <w:sz w:val="18"/>
                <w:szCs w:val="18"/>
              </w:rPr>
              <w:t>Re-saved</w:t>
            </w:r>
          </w:p>
        </w:tc>
        <w:tc>
          <w:tcPr>
            <w:tcW w:type="dxa" w:w="1928"/>
            <w:shd w:val="clear" w:color="auto" w:fill="F2F4F8"/>
          </w:tcPr>
          <w:p>
            <w:pPr>
              <w:spacing w:after="20" w:line="240" w:lineRule="auto"/>
            </w:pPr>
            <w:r>
              <w:rPr>
                <w:b/>
                <w:bCs/>
                <w:caps/>
                <w:sz w:val="18"/>
                <w:szCs w:val="18"/>
              </w:rPr>
              <w:t>Business reply dated</w:t>
            </w:r>
          </w:p>
        </w:tc>
        <w:tc>
          <w:tcPr>
            <w:tcW w:type="dxa" w:w="1928"/>
            <w:shd w:val="clear" w:color="auto" w:fill="F2F4F8"/>
          </w:tcPr>
          <w:p>
            <w:pPr>
              <w:spacing w:after="20" w:line="240" w:lineRule="auto"/>
            </w:pPr>
            <w:r>
              <w:rPr>
                <w:b/>
                <w:bCs/>
                <w:caps/>
                <w:sz w:val="18"/>
                <w:szCs w:val="18"/>
              </w:rPr>
              <w:t>Reviewer</w:t>
            </w:r>
          </w:p>
        </w:tc>
        <w:tc>
          <w:tcPr>
            <w:tcW w:type="dxa" w:w="1928"/>
            <w:shd w:val="clear" w:color="auto" w:fill="F2F4F8"/>
          </w:tcPr>
          <w:p>
            <w:pPr>
              <w:spacing w:after="20" w:line="240" w:lineRule="auto"/>
            </w:pPr>
            <w:r>
              <w:rPr>
                <w:b/>
                <w:bCs/>
                <w:caps/>
                <w:sz w:val="18"/>
                <w:szCs w:val="18"/>
              </w:rPr>
              <w:t>★</w:t>
            </w:r>
          </w:p>
        </w:tc>
        <w:tc>
          <w:tcPr>
            <w:tcW w:type="dxa" w:w="1928"/>
            <w:shd w:val="clear" w:color="auto" w:fill="F2F4F8"/>
          </w:tcPr>
          <w:p>
            <w:pPr>
              <w:spacing w:after="20" w:line="240" w:lineRule="auto"/>
            </w:pPr>
            <w:r>
              <w:rPr>
                <w:b/>
                <w:bCs/>
                <w:caps/>
                <w:sz w:val="18"/>
                <w:szCs w:val="18"/>
              </w:rPr>
              <w:t>Text</w:t>
            </w:r>
          </w:p>
        </w:tc>
      </w:tr>
      <w:tr>
        <w:trPr>
          <w:cantSplit/>
        </w:trPr>
        <w:tc>
          <w:tcPr>
            <w:tcW w:type="dxa" w:w="1928"/>
          </w:tcPr>
          <w:p>
            <w:pPr>
              <w:spacing w:after="20" w:line="240" w:lineRule="auto"/>
            </w:pPr>
            <w:r>
              <w:rPr>
                <w:sz w:val="18"/>
                <w:szCs w:val="18"/>
              </w:rPr>
              <w:t>23 Sep 2021</w:t>
            </w:r>
          </w:p>
        </w:tc>
        <w:tc>
          <w:tcPr>
            <w:tcW w:type="dxa" w:w="1928"/>
          </w:tcPr>
          <w:p>
            <w:pPr>
              <w:spacing w:after="20" w:line="240" w:lineRule="auto"/>
            </w:pPr>
            <w:r>
              <w:rPr>
                <w:sz w:val="18"/>
                <w:szCs w:val="18"/>
              </w:rPr>
              <w:t>23 Sep 2021</w:t>
            </w:r>
          </w:p>
        </w:tc>
        <w:tc>
          <w:tcPr>
            <w:tcW w:type="dxa" w:w="1928"/>
          </w:tcPr>
          <w:p>
            <w:pPr>
              <w:spacing w:after="20" w:line="240" w:lineRule="auto"/>
            </w:pPr>
            <w:r>
              <w:rPr>
                <w:sz w:val="18"/>
                <w:szCs w:val="18"/>
              </w:rPr>
              <w:t>Nadia Jones</w:t>
            </w:r>
          </w:p>
        </w:tc>
        <w:tc>
          <w:tcPr>
            <w:tcW w:type="dxa" w:w="1928"/>
          </w:tcPr>
          <w:p>
            <w:pPr>
              <w:spacing w:after="20" w:line="240" w:lineRule="auto"/>
            </w:pPr>
            <w:r>
              <w:rPr>
                <w:sz w:val="18"/>
                <w:szCs w:val="18"/>
              </w:rPr>
              <w:t>5</w:t>
            </w:r>
          </w:p>
        </w:tc>
        <w:tc>
          <w:tcPr>
            <w:tcW w:type="dxa" w:w="1928"/>
          </w:tcPr>
          <w:p>
            <w:pPr>
              <w:spacing w:after="20" w:line="240" w:lineRule="auto"/>
            </w:pPr>
            <w:r>
              <w:rPr>
                <w:sz w:val="18"/>
                <w:szCs w:val="18"/>
              </w:rPr>
              <w:t>I have great experience with maple ridge. Dan is very</w:t>
            </w:r>
          </w:p>
        </w:tc>
      </w:tr>
      <w:tr>
        <w:trPr>
          <w:cantSplit/>
        </w:trPr>
        <w:tc>
          <w:tcPr>
            <w:tcW w:type="dxa" w:w="1928"/>
          </w:tcPr>
          <w:p>
            <w:pPr>
              <w:spacing w:after="20" w:line="240" w:lineRule="auto"/>
            </w:pPr>
            <w:r>
              <w:rPr>
                <w:sz w:val="18"/>
                <w:szCs w:val="18"/>
              </w:rPr>
              <w:t>26 Sep 2021</w:t>
            </w:r>
          </w:p>
        </w:tc>
        <w:tc>
          <w:tcPr>
            <w:tcW w:type="dxa" w:w="1928"/>
          </w:tcPr>
          <w:p>
            <w:pPr>
              <w:spacing w:after="20" w:line="240" w:lineRule="auto"/>
            </w:pPr>
            <w:r>
              <w:rPr>
                <w:sz w:val="18"/>
                <w:szCs w:val="18"/>
              </w:rPr>
              <w:t>25 Sep 2021</w:t>
            </w:r>
          </w:p>
        </w:tc>
        <w:tc>
          <w:tcPr>
            <w:tcW w:type="dxa" w:w="1928"/>
          </w:tcPr>
          <w:p>
            <w:pPr>
              <w:spacing w:after="20" w:line="240" w:lineRule="auto"/>
            </w:pPr>
            <w:r>
              <w:rPr>
                <w:sz w:val="18"/>
                <w:szCs w:val="18"/>
              </w:rPr>
              <w:t>Christine Roy</w:t>
            </w:r>
          </w:p>
        </w:tc>
        <w:tc>
          <w:tcPr>
            <w:tcW w:type="dxa" w:w="1928"/>
          </w:tcPr>
          <w:p>
            <w:pPr>
              <w:spacing w:after="20" w:line="240" w:lineRule="auto"/>
            </w:pPr>
            <w:r>
              <w:rPr>
                <w:sz w:val="18"/>
                <w:szCs w:val="18"/>
              </w:rPr>
              <w:t>5</w:t>
            </w:r>
          </w:p>
        </w:tc>
        <w:tc>
          <w:tcPr>
            <w:tcW w:type="dxa" w:w="1928"/>
          </w:tcPr>
          <w:p>
            <w:pPr>
              <w:spacing w:after="20" w:line="240" w:lineRule="auto"/>
            </w:pPr>
            <w:r>
              <w:rPr>
                <w:sz w:val="18"/>
                <w:szCs w:val="18"/>
              </w:rPr>
              <w:t>I am highly pleased with Dan, he is very kind and hon</w:t>
            </w:r>
          </w:p>
        </w:tc>
      </w:tr>
      <w:tr>
        <w:trPr>
          <w:cantSplit/>
        </w:trPr>
        <w:tc>
          <w:tcPr>
            <w:tcW w:type="dxa" w:w="1928"/>
          </w:tcPr>
          <w:p>
            <w:pPr>
              <w:spacing w:after="20" w:line="240" w:lineRule="auto"/>
            </w:pPr>
            <w:r>
              <w:rPr>
                <w:sz w:val="18"/>
                <w:szCs w:val="18"/>
              </w:rPr>
              <w:t>16 Oct 2021</w:t>
            </w:r>
          </w:p>
        </w:tc>
        <w:tc>
          <w:tcPr>
            <w:tcW w:type="dxa" w:w="1928"/>
          </w:tcPr>
          <w:p>
            <w:pPr>
              <w:spacing w:after="20" w:line="240" w:lineRule="auto"/>
            </w:pPr>
            <w:r>
              <w:rPr>
                <w:sz w:val="18"/>
                <w:szCs w:val="18"/>
              </w:rPr>
              <w:t>04 Sep 2021</w:t>
            </w:r>
          </w:p>
        </w:tc>
        <w:tc>
          <w:tcPr>
            <w:tcW w:type="dxa" w:w="1928"/>
          </w:tcPr>
          <w:p>
            <w:pPr>
              <w:spacing w:after="20" w:line="240" w:lineRule="auto"/>
            </w:pPr>
            <w:r>
              <w:rPr>
                <w:sz w:val="18"/>
                <w:szCs w:val="18"/>
              </w:rPr>
              <w:t>Bonnie Sinclair</w:t>
            </w:r>
          </w:p>
        </w:tc>
        <w:tc>
          <w:tcPr>
            <w:tcW w:type="dxa" w:w="1928"/>
          </w:tcPr>
          <w:p>
            <w:pPr>
              <w:spacing w:after="20" w:line="240" w:lineRule="auto"/>
            </w:pPr>
            <w:r>
              <w:rPr>
                <w:sz w:val="18"/>
                <w:szCs w:val="18"/>
              </w:rPr>
              <w:t>5</w:t>
            </w:r>
          </w:p>
        </w:tc>
        <w:tc>
          <w:tcPr>
            <w:tcW w:type="dxa" w:w="1928"/>
          </w:tcPr>
          <w:p>
            <w:pPr>
              <w:spacing w:after="20" w:line="240" w:lineRule="auto"/>
            </w:pPr>
            <w:r>
              <w:rPr>
                <w:sz w:val="18"/>
                <w:szCs w:val="18"/>
              </w:rPr>
              <w:t>I must say it was a really great experience. The results are</w:t>
            </w:r>
          </w:p>
        </w:tc>
      </w:tr>
      <w:tr>
        <w:trPr>
          <w:cantSplit/>
        </w:trPr>
        <w:tc>
          <w:tcPr>
            <w:tcW w:type="dxa" w:w="1928"/>
          </w:tcPr>
          <w:p>
            <w:pPr>
              <w:spacing w:after="20" w:line="240" w:lineRule="auto"/>
            </w:pPr>
            <w:r>
              <w:rPr>
                <w:sz w:val="18"/>
                <w:szCs w:val="18"/>
              </w:rPr>
              <w:t>21 Mar 2022</w:t>
            </w:r>
          </w:p>
        </w:tc>
        <w:tc>
          <w:tcPr>
            <w:tcW w:type="dxa" w:w="1928"/>
          </w:tcPr>
          <w:p>
            <w:pPr>
              <w:spacing w:after="20" w:line="240" w:lineRule="auto"/>
            </w:pPr>
            <w:r>
              <w:rPr>
                <w:sz w:val="18"/>
                <w:szCs w:val="18"/>
              </w:rPr>
              <w:t>20 Jan 2021</w:t>
            </w:r>
          </w:p>
        </w:tc>
        <w:tc>
          <w:tcPr>
            <w:tcW w:type="dxa" w:w="1928"/>
          </w:tcPr>
          <w:p>
            <w:pPr>
              <w:spacing w:after="20" w:line="240" w:lineRule="auto"/>
            </w:pPr>
            <w:r>
              <w:rPr>
                <w:sz w:val="18"/>
                <w:szCs w:val="18"/>
              </w:rPr>
              <w:t>Sonia Young</w:t>
            </w:r>
          </w:p>
        </w:tc>
        <w:tc>
          <w:tcPr>
            <w:tcW w:type="dxa" w:w="1928"/>
          </w:tcPr>
          <w:p>
            <w:pPr>
              <w:spacing w:after="20" w:line="240" w:lineRule="auto"/>
            </w:pPr>
            <w:r>
              <w:rPr>
                <w:sz w:val="18"/>
                <w:szCs w:val="18"/>
              </w:rPr>
              <w:t>5</w:t>
            </w:r>
          </w:p>
        </w:tc>
        <w:tc>
          <w:tcPr>
            <w:tcW w:type="dxa" w:w="1928"/>
          </w:tcPr>
          <w:p>
            <w:pPr>
              <w:spacing w:after="20" w:line="240" w:lineRule="auto"/>
            </w:pPr>
            <w:r>
              <w:rPr>
                <w:sz w:val="18"/>
                <w:szCs w:val="18"/>
              </w:rPr>
              <w:t>(rating only)</w:t>
            </w:r>
          </w:p>
        </w:tc>
      </w:tr>
      <w:tr>
        <w:trPr>
          <w:cantSplit/>
        </w:trPr>
        <w:tc>
          <w:tcPr>
            <w:tcW w:type="dxa" w:w="1928"/>
          </w:tcPr>
          <w:p>
            <w:pPr>
              <w:spacing w:after="20" w:line="240" w:lineRule="auto"/>
            </w:pPr>
            <w:r>
              <w:rPr>
                <w:sz w:val="18"/>
                <w:szCs w:val="18"/>
              </w:rPr>
              <w:t>31 Aug 2022</w:t>
            </w:r>
          </w:p>
        </w:tc>
        <w:tc>
          <w:tcPr>
            <w:tcW w:type="dxa" w:w="1928"/>
          </w:tcPr>
          <w:p>
            <w:pPr>
              <w:spacing w:after="20" w:line="240" w:lineRule="auto"/>
            </w:pPr>
            <w:r>
              <w:rPr>
                <w:sz w:val="18"/>
                <w:szCs w:val="18"/>
              </w:rPr>
              <w:t>30 Jul 2022</w:t>
            </w:r>
          </w:p>
        </w:tc>
        <w:tc>
          <w:tcPr>
            <w:tcW w:type="dxa" w:w="1928"/>
          </w:tcPr>
          <w:p>
            <w:pPr>
              <w:spacing w:after="20" w:line="240" w:lineRule="auto"/>
            </w:pPr>
            <w:r>
              <w:rPr>
                <w:sz w:val="18"/>
                <w:szCs w:val="18"/>
              </w:rPr>
              <w:t>Priscilla Chase</w:t>
            </w:r>
          </w:p>
        </w:tc>
        <w:tc>
          <w:tcPr>
            <w:tcW w:type="dxa" w:w="1928"/>
          </w:tcPr>
          <w:p>
            <w:pPr>
              <w:spacing w:after="20" w:line="240" w:lineRule="auto"/>
            </w:pPr>
            <w:r>
              <w:rPr>
                <w:sz w:val="18"/>
                <w:szCs w:val="18"/>
              </w:rPr>
              <w:t>5</w:t>
            </w:r>
          </w:p>
        </w:tc>
        <w:tc>
          <w:tcPr>
            <w:tcW w:type="dxa" w:w="1928"/>
          </w:tcPr>
          <w:p>
            <w:pPr>
              <w:spacing w:after="20" w:line="240" w:lineRule="auto"/>
            </w:pPr>
            <w:r>
              <w:rPr>
                <w:sz w:val="18"/>
                <w:szCs w:val="18"/>
              </w:rPr>
              <w:t>Best mechanic for transmissions in columbus👍 The best auto care</w:t>
            </w:r>
          </w:p>
        </w:tc>
      </w:tr>
      <w:tr>
        <w:trPr>
          <w:cantSplit/>
        </w:trPr>
        <w:tc>
          <w:tcPr>
            <w:tcW w:type="dxa" w:w="1928"/>
          </w:tcPr>
          <w:p>
            <w:pPr>
              <w:spacing w:after="20" w:line="240" w:lineRule="auto"/>
            </w:pPr>
            <w:r>
              <w:rPr>
                <w:sz w:val="18"/>
                <w:szCs w:val="18"/>
              </w:rPr>
              <w:t>19 Mar 2023</w:t>
            </w:r>
          </w:p>
        </w:tc>
        <w:tc>
          <w:tcPr>
            <w:tcW w:type="dxa" w:w="1928"/>
          </w:tcPr>
          <w:p>
            <w:pPr>
              <w:spacing w:after="20" w:line="240" w:lineRule="auto"/>
            </w:pPr>
            <w:r>
              <w:rPr>
                <w:sz w:val="18"/>
                <w:szCs w:val="18"/>
              </w:rPr>
              <w:t>11 Sep 2021</w:t>
            </w:r>
          </w:p>
        </w:tc>
        <w:tc>
          <w:tcPr>
            <w:tcW w:type="dxa" w:w="1928"/>
          </w:tcPr>
          <w:p>
            <w:pPr>
              <w:spacing w:after="20" w:line="240" w:lineRule="auto"/>
            </w:pPr>
            <w:r>
              <w:rPr>
                <w:sz w:val="18"/>
                <w:szCs w:val="18"/>
              </w:rPr>
              <w:t>Susan Tyler</w:t>
            </w:r>
          </w:p>
        </w:tc>
        <w:tc>
          <w:tcPr>
            <w:tcW w:type="dxa" w:w="1928"/>
          </w:tcPr>
          <w:p>
            <w:pPr>
              <w:spacing w:after="20" w:line="240" w:lineRule="auto"/>
            </w:pPr>
            <w:r>
              <w:rPr>
                <w:sz w:val="18"/>
                <w:szCs w:val="18"/>
              </w:rPr>
              <w:t>5</w:t>
            </w:r>
          </w:p>
        </w:tc>
        <w:tc>
          <w:tcPr>
            <w:tcW w:type="dxa" w:w="1928"/>
          </w:tcPr>
          <w:p>
            <w:pPr>
              <w:spacing w:after="20" w:line="240" w:lineRule="auto"/>
            </w:pPr>
            <w:r>
              <w:rPr>
                <w:sz w:val="18"/>
                <w:szCs w:val="18"/>
              </w:rPr>
              <w:t>I'm highly content with the work I got from Maple Ridge Au</w:t>
            </w:r>
          </w:p>
        </w:tc>
      </w:tr>
      <w:tr>
        <w:trPr>
          <w:cantSplit/>
        </w:trPr>
        <w:tc>
          <w:tcPr>
            <w:tcW w:type="dxa" w:w="1928"/>
          </w:tcPr>
          <w:p>
            <w:pPr>
              <w:spacing w:after="20" w:line="240" w:lineRule="auto"/>
            </w:pPr>
            <w:r>
              <w:rPr>
                <w:sz w:val="18"/>
                <w:szCs w:val="18"/>
              </w:rPr>
              <w:t>09 Feb 2025</w:t>
            </w:r>
          </w:p>
        </w:tc>
        <w:tc>
          <w:tcPr>
            <w:tcW w:type="dxa" w:w="1928"/>
          </w:tcPr>
          <w:p>
            <w:pPr>
              <w:spacing w:after="20" w:line="240" w:lineRule="auto"/>
            </w:pPr>
            <w:r>
              <w:rPr>
                <w:sz w:val="18"/>
                <w:szCs w:val="18"/>
              </w:rPr>
              <w:t>28 Sep 2024</w:t>
            </w:r>
          </w:p>
        </w:tc>
        <w:tc>
          <w:tcPr>
            <w:tcW w:type="dxa" w:w="1928"/>
          </w:tcPr>
          <w:p>
            <w:pPr>
              <w:spacing w:after="20" w:line="240" w:lineRule="auto"/>
            </w:pPr>
            <w:r>
              <w:rPr>
                <w:sz w:val="18"/>
                <w:szCs w:val="18"/>
              </w:rPr>
              <w:t>Vince Bradley</w:t>
            </w:r>
          </w:p>
        </w:tc>
        <w:tc>
          <w:tcPr>
            <w:tcW w:type="dxa" w:w="1928"/>
          </w:tcPr>
          <w:p>
            <w:pPr>
              <w:spacing w:after="20" w:line="240" w:lineRule="auto"/>
            </w:pPr>
            <w:r>
              <w:rPr>
                <w:sz w:val="18"/>
                <w:szCs w:val="18"/>
              </w:rPr>
              <w:t>5</w:t>
            </w:r>
          </w:p>
        </w:tc>
        <w:tc>
          <w:tcPr>
            <w:tcW w:type="dxa" w:w="1928"/>
          </w:tcPr>
          <w:p>
            <w:pPr>
              <w:spacing w:after="20" w:line="240" w:lineRule="auto"/>
            </w:pPr>
            <w:r>
              <w:rPr>
                <w:sz w:val="18"/>
                <w:szCs w:val="18"/>
              </w:rPr>
              <w:t>Best shop in columbus My experience is very nice</w:t>
            </w:r>
          </w:p>
        </w:tc>
      </w:tr>
      <w:tr>
        <w:trPr>
          <w:cantSplit/>
        </w:trPr>
        <w:tc>
          <w:tcPr>
            <w:tcW w:type="dxa" w:w="1928"/>
          </w:tcPr>
          <w:p>
            <w:pPr>
              <w:spacing w:after="20" w:line="240" w:lineRule="auto"/>
            </w:pPr>
            <w:r>
              <w:rPr>
                <w:sz w:val="18"/>
                <w:szCs w:val="18"/>
              </w:rPr>
              <w:t>05 Sep 2025</w:t>
            </w:r>
          </w:p>
        </w:tc>
        <w:tc>
          <w:tcPr>
            <w:tcW w:type="dxa" w:w="1928"/>
          </w:tcPr>
          <w:p>
            <w:pPr>
              <w:spacing w:after="20" w:line="240" w:lineRule="auto"/>
            </w:pPr>
            <w:r>
              <w:rPr>
                <w:sz w:val="18"/>
                <w:szCs w:val="18"/>
              </w:rPr>
              <w:t>04 Sep 2022</w:t>
            </w:r>
          </w:p>
        </w:tc>
        <w:tc>
          <w:tcPr>
            <w:tcW w:type="dxa" w:w="1928"/>
          </w:tcPr>
          <w:p>
            <w:pPr>
              <w:spacing w:after="20" w:line="240" w:lineRule="auto"/>
            </w:pPr>
            <w:r>
              <w:rPr>
                <w:sz w:val="18"/>
                <w:szCs w:val="18"/>
              </w:rPr>
              <w:t>Priscilla Chase</w:t>
            </w:r>
          </w:p>
        </w:tc>
        <w:tc>
          <w:tcPr>
            <w:tcW w:type="dxa" w:w="1928"/>
          </w:tcPr>
          <w:p>
            <w:pPr>
              <w:spacing w:after="20" w:line="240" w:lineRule="auto"/>
            </w:pPr>
            <w:r>
              <w:rPr>
                <w:sz w:val="18"/>
                <w:szCs w:val="18"/>
              </w:rPr>
              <w:t>5</w:t>
            </w:r>
          </w:p>
        </w:tc>
        <w:tc>
          <w:tcPr>
            <w:tcW w:type="dxa" w:w="1928"/>
          </w:tcPr>
          <w:p>
            <w:pPr>
              <w:spacing w:after="20" w:line="240" w:lineRule="auto"/>
            </w:pPr>
            <w:r>
              <w:rPr>
                <w:sz w:val="18"/>
                <w:szCs w:val="18"/>
              </w:rPr>
              <w:t>Maple ridge is the best auto shop in columbus Ohio le</w:t>
            </w:r>
          </w:p>
        </w:tc>
      </w:tr>
      <w:tr>
        <w:trPr>
          <w:cantSplit/>
        </w:trPr>
        <w:tc>
          <w:tcPr>
            <w:tcW w:type="dxa" w:w="1928"/>
          </w:tcPr>
          <w:p>
            <w:pPr>
              <w:spacing w:after="20" w:line="240" w:lineRule="auto"/>
            </w:pPr>
            <w:r>
              <w:rPr>
                <w:sz w:val="18"/>
                <w:szCs w:val="18"/>
              </w:rPr>
              <w:t>24 Sep 2025</w:t>
            </w:r>
          </w:p>
        </w:tc>
        <w:tc>
          <w:tcPr>
            <w:tcW w:type="dxa" w:w="1928"/>
          </w:tcPr>
          <w:p>
            <w:pPr>
              <w:spacing w:after="20" w:line="240" w:lineRule="auto"/>
            </w:pPr>
            <w:r>
              <w:rPr>
                <w:sz w:val="18"/>
                <w:szCs w:val="18"/>
              </w:rPr>
              <w:t>04 Mar 2025</w:t>
            </w:r>
          </w:p>
        </w:tc>
        <w:tc>
          <w:tcPr>
            <w:tcW w:type="dxa" w:w="1928"/>
          </w:tcPr>
          <w:p>
            <w:pPr>
              <w:spacing w:after="20" w:line="240" w:lineRule="auto"/>
            </w:pPr>
            <w:r>
              <w:rPr>
                <w:sz w:val="18"/>
                <w:szCs w:val="18"/>
              </w:rPr>
              <w:t>Neil Burke</w:t>
            </w:r>
          </w:p>
        </w:tc>
        <w:tc>
          <w:tcPr>
            <w:tcW w:type="dxa" w:w="1928"/>
          </w:tcPr>
          <w:p>
            <w:pPr>
              <w:spacing w:after="20" w:line="240" w:lineRule="auto"/>
            </w:pPr>
            <w:r>
              <w:rPr>
                <w:sz w:val="18"/>
                <w:szCs w:val="18"/>
              </w:rPr>
              <w:t>5</w:t>
            </w:r>
          </w:p>
        </w:tc>
        <w:tc>
          <w:tcPr>
            <w:tcW w:type="dxa" w:w="1928"/>
          </w:tcPr>
          <w:p>
            <w:pPr>
              <w:spacing w:after="20" w:line="240" w:lineRule="auto"/>
            </w:pPr>
            <w:r>
              <w:rPr>
                <w:sz w:val="18"/>
                <w:szCs w:val="18"/>
              </w:rPr>
              <w:t>Dan is very good at putting customers at ease quickly. He</w:t>
            </w:r>
          </w:p>
        </w:tc>
      </w:tr>
      <w:tr>
        <w:trPr>
          <w:cantSplit/>
        </w:trPr>
        <w:tc>
          <w:tcPr>
            <w:tcW w:type="dxa" w:w="1928"/>
          </w:tcPr>
          <w:p>
            <w:pPr>
              <w:spacing w:after="20" w:line="240" w:lineRule="auto"/>
            </w:pPr>
            <w:r>
              <w:rPr>
                <w:sz w:val="18"/>
                <w:szCs w:val="18"/>
              </w:rPr>
              <w:t>26 Apr 2026</w:t>
            </w:r>
          </w:p>
        </w:tc>
        <w:tc>
          <w:tcPr>
            <w:tcW w:type="dxa" w:w="1928"/>
          </w:tcPr>
          <w:p>
            <w:pPr>
              <w:spacing w:after="20" w:line="240" w:lineRule="auto"/>
            </w:pPr>
            <w:r>
              <w:rPr>
                <w:sz w:val="18"/>
                <w:szCs w:val="18"/>
              </w:rPr>
              <w:t>20 Jun 2022</w:t>
            </w:r>
          </w:p>
        </w:tc>
        <w:tc>
          <w:tcPr>
            <w:tcW w:type="dxa" w:w="1928"/>
          </w:tcPr>
          <w:p>
            <w:pPr>
              <w:spacing w:after="20" w:line="240" w:lineRule="auto"/>
            </w:pPr>
            <w:r>
              <w:rPr>
                <w:sz w:val="18"/>
                <w:szCs w:val="18"/>
              </w:rPr>
              <w:t>Ashley Monroe</w:t>
            </w:r>
          </w:p>
        </w:tc>
        <w:tc>
          <w:tcPr>
            <w:tcW w:type="dxa" w:w="1928"/>
          </w:tcPr>
          <w:p>
            <w:pPr>
              <w:spacing w:after="20" w:line="240" w:lineRule="auto"/>
            </w:pPr>
            <w:r>
              <w:rPr>
                <w:sz w:val="18"/>
                <w:szCs w:val="18"/>
              </w:rPr>
              <w:t>5</w:t>
            </w:r>
          </w:p>
        </w:tc>
        <w:tc>
          <w:tcPr>
            <w:tcW w:type="dxa" w:w="1928"/>
          </w:tcPr>
          <w:p>
            <w:pPr>
              <w:spacing w:after="20" w:line="240" w:lineRule="auto"/>
            </w:pPr>
            <w:r>
              <w:rPr>
                <w:sz w:val="18"/>
                <w:szCs w:val="18"/>
              </w:rPr>
              <w:t>(rating only)</w:t>
            </w:r>
          </w:p>
        </w:tc>
      </w:tr>
      <w:tr>
        <w:trPr>
          <w:cantSplit/>
        </w:trPr>
        <w:tc>
          <w:tcPr>
            <w:tcW w:type="dxa" w:w="1928"/>
          </w:tcPr>
          <w:p>
            <w:pPr>
              <w:spacing w:after="20" w:line="240" w:lineRule="auto"/>
            </w:pPr>
            <w:r>
              <w:rPr>
                <w:sz w:val="18"/>
                <w:szCs w:val="18"/>
              </w:rPr>
              <w:t>26 Apr 2026</w:t>
            </w:r>
          </w:p>
        </w:tc>
        <w:tc>
          <w:tcPr>
            <w:tcW w:type="dxa" w:w="1928"/>
          </w:tcPr>
          <w:p>
            <w:pPr>
              <w:spacing w:after="20" w:line="240" w:lineRule="auto"/>
            </w:pPr>
            <w:r>
              <w:rPr>
                <w:sz w:val="18"/>
                <w:szCs w:val="18"/>
              </w:rPr>
              <w:t>30 Oct 2025</w:t>
            </w:r>
          </w:p>
        </w:tc>
        <w:tc>
          <w:tcPr>
            <w:tcW w:type="dxa" w:w="1928"/>
          </w:tcPr>
          <w:p>
            <w:pPr>
              <w:spacing w:after="20" w:line="240" w:lineRule="auto"/>
            </w:pPr>
            <w:r>
              <w:rPr>
                <w:sz w:val="18"/>
                <w:szCs w:val="18"/>
              </w:rPr>
              <w:t>Mike_S3243</w:t>
            </w:r>
          </w:p>
        </w:tc>
        <w:tc>
          <w:tcPr>
            <w:tcW w:type="dxa" w:w="1928"/>
          </w:tcPr>
          <w:p>
            <w:pPr>
              <w:spacing w:after="20" w:line="240" w:lineRule="auto"/>
            </w:pPr>
            <w:r>
              <w:rPr>
                <w:sz w:val="18"/>
                <w:szCs w:val="18"/>
              </w:rPr>
              <w:t>5</w:t>
            </w:r>
          </w:p>
        </w:tc>
        <w:tc>
          <w:tcPr>
            <w:tcW w:type="dxa" w:w="1928"/>
          </w:tcPr>
          <w:p>
            <w:pPr>
              <w:spacing w:after="20" w:line="240" w:lineRule="auto"/>
            </w:pPr>
            <w:r>
              <w:rPr>
                <w:sz w:val="18"/>
                <w:szCs w:val="18"/>
              </w:rPr>
              <w:t>Amazing experience 👍</w:t>
            </w:r>
          </w:p>
        </w:tc>
      </w:tr>
      <w:tr>
        <w:trPr>
          <w:cantSplit/>
        </w:trPr>
        <w:tc>
          <w:tcPr>
            <w:tcW w:type="dxa" w:w="1928"/>
          </w:tcPr>
          <w:p>
            <w:pPr>
              <w:spacing w:after="20" w:line="240" w:lineRule="auto"/>
            </w:pPr>
            <w:r>
              <w:rPr>
                <w:sz w:val="18"/>
                <w:szCs w:val="18"/>
              </w:rPr>
              <w:t>17 May 2026</w:t>
            </w:r>
          </w:p>
        </w:tc>
        <w:tc>
          <w:tcPr>
            <w:tcW w:type="dxa" w:w="1928"/>
          </w:tcPr>
          <w:p>
            <w:pPr>
              <w:spacing w:after="20" w:line="240" w:lineRule="auto"/>
            </w:pPr>
            <w:r>
              <w:rPr>
                <w:sz w:val="18"/>
                <w:szCs w:val="18"/>
              </w:rPr>
              <w:t>27 Apr 2026</w:t>
            </w:r>
          </w:p>
        </w:tc>
        <w:tc>
          <w:tcPr>
            <w:tcW w:type="dxa" w:w="1928"/>
          </w:tcPr>
          <w:p>
            <w:pPr>
              <w:spacing w:after="20" w:line="240" w:lineRule="auto"/>
            </w:pPr>
            <w:r>
              <w:rPr>
                <w:sz w:val="18"/>
                <w:szCs w:val="18"/>
              </w:rPr>
              <w:t>Bobby Thacker</w:t>
            </w:r>
          </w:p>
        </w:tc>
        <w:tc>
          <w:tcPr>
            <w:tcW w:type="dxa" w:w="1928"/>
          </w:tcPr>
          <w:p>
            <w:pPr>
              <w:spacing w:after="20" w:line="240" w:lineRule="auto"/>
            </w:pPr>
            <w:r>
              <w:rPr>
                <w:sz w:val="18"/>
                <w:szCs w:val="18"/>
              </w:rPr>
              <w:t>5</w:t>
            </w:r>
          </w:p>
        </w:tc>
        <w:tc>
          <w:tcPr>
            <w:tcW w:type="dxa" w:w="1928"/>
          </w:tcPr>
          <w:p>
            <w:pPr>
              <w:spacing w:after="20" w:line="240" w:lineRule="auto"/>
            </w:pPr>
            <w:r>
              <w:rPr>
                <w:sz w:val="18"/>
                <w:szCs w:val="18"/>
              </w:rPr>
              <w:t>Very good</w:t>
            </w:r>
          </w:p>
        </w:tc>
      </w:tr>
      <w:tr>
        <w:trPr>
          <w:cantSplit/>
        </w:trPr>
        <w:tc>
          <w:tcPr>
            <w:tcW w:type="dxa" w:w="1928"/>
          </w:tcPr>
          <w:p>
            <w:pPr>
              <w:spacing w:after="20" w:line="240" w:lineRule="auto"/>
            </w:pPr>
            <w:r>
              <w:rPr>
                <w:sz w:val="18"/>
                <w:szCs w:val="18"/>
              </w:rPr>
              <w:t>15 Jun 2026</w:t>
            </w:r>
          </w:p>
        </w:tc>
        <w:tc>
          <w:tcPr>
            <w:tcW w:type="dxa" w:w="1928"/>
          </w:tcPr>
          <w:p>
            <w:pPr>
              <w:spacing w:after="20" w:line="240" w:lineRule="auto"/>
            </w:pPr>
            <w:r>
              <w:rPr>
                <w:sz w:val="18"/>
                <w:szCs w:val="18"/>
              </w:rPr>
              <w:t>14 Jun 2026</w:t>
            </w:r>
          </w:p>
        </w:tc>
        <w:tc>
          <w:tcPr>
            <w:tcW w:type="dxa" w:w="1928"/>
          </w:tcPr>
          <w:p>
            <w:pPr>
              <w:spacing w:after="20" w:line="240" w:lineRule="auto"/>
            </w:pPr>
            <w:r>
              <w:rPr>
                <w:sz w:val="18"/>
                <w:szCs w:val="18"/>
              </w:rPr>
              <w:t>Scott Dawson</w:t>
            </w:r>
          </w:p>
        </w:tc>
        <w:tc>
          <w:tcPr>
            <w:tcW w:type="dxa" w:w="1928"/>
          </w:tcPr>
          <w:p>
            <w:pPr>
              <w:spacing w:after="20" w:line="240" w:lineRule="auto"/>
            </w:pPr>
            <w:r>
              <w:rPr>
                <w:sz w:val="18"/>
                <w:szCs w:val="18"/>
              </w:rPr>
              <w:t>1</w:t>
            </w:r>
          </w:p>
        </w:tc>
        <w:tc>
          <w:tcPr>
            <w:tcW w:type="dxa" w:w="1928"/>
          </w:tcPr>
          <w:p>
            <w:pPr>
              <w:spacing w:after="20" w:line="240" w:lineRule="auto"/>
            </w:pPr>
            <w:r>
              <w:rPr>
                <w:sz w:val="18"/>
                <w:szCs w:val="18"/>
              </w:rPr>
              <w:t>dan kowalski ruined my car. i needed a new transmission afte</w:t>
            </w:r>
          </w:p>
        </w:tc>
      </w:tr>
      <w:tr>
        <w:trPr>
          <w:cantSplit/>
        </w:trPr>
        <w:tc>
          <w:tcPr>
            <w:tcW w:type="dxa" w:w="1928"/>
          </w:tcPr>
          <w:p>
            <w:pPr>
              <w:spacing w:after="20" w:line="240" w:lineRule="auto"/>
            </w:pPr>
            <w:r>
              <w:rPr>
                <w:sz w:val="18"/>
                <w:szCs w:val="18"/>
              </w:rPr>
              <w:t>17 Jun 2026</w:t>
            </w:r>
          </w:p>
        </w:tc>
        <w:tc>
          <w:tcPr>
            <w:tcW w:type="dxa" w:w="1928"/>
          </w:tcPr>
          <w:p>
            <w:pPr>
              <w:spacing w:after="20" w:line="240" w:lineRule="auto"/>
            </w:pPr>
            <w:r>
              <w:rPr>
                <w:sz w:val="18"/>
                <w:szCs w:val="18"/>
              </w:rPr>
              <w:t>13 Jun 2026</w:t>
            </w:r>
          </w:p>
        </w:tc>
        <w:tc>
          <w:tcPr>
            <w:tcW w:type="dxa" w:w="1928"/>
          </w:tcPr>
          <w:p>
            <w:pPr>
              <w:spacing w:after="20" w:line="240" w:lineRule="auto"/>
            </w:pPr>
            <w:r>
              <w:rPr>
                <w:sz w:val="18"/>
                <w:szCs w:val="18"/>
              </w:rPr>
              <w:t>Samantha Reed</w:t>
            </w:r>
          </w:p>
        </w:tc>
        <w:tc>
          <w:tcPr>
            <w:tcW w:type="dxa" w:w="1928"/>
          </w:tcPr>
          <w:p>
            <w:pPr>
              <w:spacing w:after="20" w:line="240" w:lineRule="auto"/>
            </w:pPr>
            <w:r>
              <w:rPr>
                <w:sz w:val="18"/>
                <w:szCs w:val="18"/>
              </w:rPr>
              <w:t>1</w:t>
            </w:r>
          </w:p>
        </w:tc>
        <w:tc>
          <w:tcPr>
            <w:tcW w:type="dxa" w:w="1928"/>
          </w:tcPr>
          <w:p>
            <w:pPr>
              <w:spacing w:after="20" w:line="240" w:lineRule="auto"/>
            </w:pPr>
            <w:r>
              <w:rPr>
                <w:sz w:val="18"/>
                <w:szCs w:val="18"/>
              </w:rPr>
              <w:t>(rating only)</w:t>
            </w:r>
          </w:p>
        </w:tc>
      </w:tr>
      <w:tr>
        <w:trPr>
          <w:cantSplit/>
        </w:trPr>
        <w:tc>
          <w:tcPr>
            <w:tcW w:type="dxa" w:w="1928"/>
          </w:tcPr>
          <w:p>
            <w:pPr>
              <w:spacing w:after="20" w:line="240" w:lineRule="auto"/>
            </w:pPr>
            <w:r>
              <w:rPr>
                <w:sz w:val="18"/>
                <w:szCs w:val="18"/>
              </w:rPr>
              <w:t>13 Aug 2026</w:t>
            </w:r>
          </w:p>
        </w:tc>
        <w:tc>
          <w:tcPr>
            <w:tcW w:type="dxa" w:w="1928"/>
          </w:tcPr>
          <w:p>
            <w:pPr>
              <w:spacing w:after="20" w:line="240" w:lineRule="auto"/>
            </w:pPr>
            <w:r>
              <w:rPr>
                <w:sz w:val="18"/>
                <w:szCs w:val="18"/>
              </w:rPr>
              <w:t>13 Aug 2026</w:t>
            </w:r>
          </w:p>
        </w:tc>
        <w:tc>
          <w:tcPr>
            <w:tcW w:type="dxa" w:w="1928"/>
          </w:tcPr>
          <w:p>
            <w:pPr>
              <w:spacing w:after="20" w:line="240" w:lineRule="auto"/>
            </w:pPr>
            <w:r>
              <w:rPr>
                <w:sz w:val="18"/>
                <w:szCs w:val="18"/>
              </w:rPr>
              <w:t>total tech</w:t>
            </w:r>
          </w:p>
        </w:tc>
        <w:tc>
          <w:tcPr>
            <w:tcW w:type="dxa" w:w="1928"/>
          </w:tcPr>
          <w:p>
            <w:pPr>
              <w:spacing w:after="20" w:line="240" w:lineRule="auto"/>
            </w:pPr>
            <w:r>
              <w:rPr>
                <w:sz w:val="18"/>
                <w:szCs w:val="18"/>
              </w:rPr>
              <w:t>5</w:t>
            </w:r>
          </w:p>
        </w:tc>
        <w:tc>
          <w:tcPr>
            <w:tcW w:type="dxa" w:w="1928"/>
          </w:tcPr>
          <w:p>
            <w:pPr>
              <w:spacing w:after="20" w:line="240" w:lineRule="auto"/>
            </w:pPr>
            <w:r>
              <w:rPr>
                <w:sz w:val="18"/>
                <w:szCs w:val="18"/>
              </w:rPr>
              <w:t>(rating only)</w:t>
            </w:r>
          </w:p>
        </w:tc>
      </w:tr>
    </w:tbl>
    <w:p>
      <w:pPr>
        <w:pStyle w:val="Heading2"/>
      </w:pPr>
      <w:r>
        <w:rPr/>
        <w:t>8. Context: photographed reviews no longer visible</w:t>
      </w:r>
    </w:p>
    <w:p>
      <w:r>
        <w:rPr/>
        <w:t>Of 46 reviews photographed on 26 April and 12 August 2026, ten were no longer visible on the listing on 22 September 2026. All ten had displayed five stars. Public disappearance does not reveal whether the author deleted the review, Google removed it, the account changed, or another cause applied. The screenshots and records let Google compare the items with its internal moderation history.</w:t>
      </w:r>
    </w:p>
    <w:tbl>
      <w:tblPr>
        <w:tblStyle w:val="TableGrid"/>
        <w:tblW w:type="pct" w:w="5000"/>
        <w:tblLook w:firstColumn="1" w:firstRow="1" w:lastColumn="0" w:lastRow="0" w:noHBand="0" w:noVBand="1" w:val="04A0"/>
      </w:tblPr>
      <w:tblGrid>
        <w:gridCol w:w="3213"/>
        <w:gridCol w:w="3213"/>
        <w:gridCol w:w="3213"/>
      </w:tblGrid>
      <w:tr>
        <w:trPr>
          <w:cantSplit/>
          <w:tblHeader/>
        </w:trPr>
        <w:tc>
          <w:tcPr>
            <w:tcW w:type="dxa" w:w="3213"/>
            <w:shd w:val="clear" w:color="auto" w:fill="F2F4F8"/>
          </w:tcPr>
          <w:p>
            <w:pPr>
              <w:spacing w:after="20" w:line="240" w:lineRule="auto"/>
            </w:pPr>
            <w:r>
              <w:rPr>
                <w:b/>
                <w:bCs/>
                <w:caps/>
                <w:sz w:val="18"/>
                <w:szCs w:val="18"/>
              </w:rPr>
              <w:t>#</w:t>
            </w:r>
          </w:p>
        </w:tc>
        <w:tc>
          <w:tcPr>
            <w:tcW w:type="dxa" w:w="3213"/>
            <w:shd w:val="clear" w:color="auto" w:fill="F2F4F8"/>
          </w:tcPr>
          <w:p>
            <w:pPr>
              <w:spacing w:after="20" w:line="240" w:lineRule="auto"/>
            </w:pPr>
            <w:r>
              <w:rPr>
                <w:b/>
                <w:bCs/>
                <w:caps/>
                <w:sz w:val="18"/>
                <w:szCs w:val="18"/>
              </w:rPr>
              <w:t>Reviewer</w:t>
            </w:r>
          </w:p>
        </w:tc>
        <w:tc>
          <w:tcPr>
            <w:tcW w:type="dxa" w:w="3213"/>
            <w:shd w:val="clear" w:color="auto" w:fill="F2F4F8"/>
          </w:tcPr>
          <w:p>
            <w:pPr>
              <w:spacing w:after="20" w:line="240" w:lineRule="auto"/>
            </w:pPr>
            <w:r>
              <w:rPr>
                <w:b/>
                <w:bCs/>
                <w:caps/>
                <w:sz w:val="18"/>
                <w:szCs w:val="18"/>
              </w:rPr>
              <w:t>What was photographed</w:t>
            </w:r>
          </w:p>
        </w:tc>
      </w:tr>
      <w:tr>
        <w:trPr>
          <w:cantSplit/>
        </w:trPr>
        <w:tc>
          <w:tcPr>
            <w:tcW w:type="dxa" w:w="3213"/>
          </w:tcPr>
          <w:p>
            <w:pPr>
              <w:spacing w:after="20" w:line="240" w:lineRule="auto"/>
            </w:pPr>
            <w:r>
              <w:rPr>
                <w:sz w:val="18"/>
                <w:szCs w:val="18"/>
              </w:rPr>
              <w:t>1</w:t>
            </w:r>
          </w:p>
        </w:tc>
        <w:tc>
          <w:tcPr>
            <w:tcW w:type="dxa" w:w="3213"/>
          </w:tcPr>
          <w:p>
            <w:pPr>
              <w:spacing w:after="20" w:line="240" w:lineRule="auto"/>
            </w:pPr>
            <w:r>
              <w:rPr>
                <w:sz w:val="18"/>
                <w:szCs w:val="18"/>
              </w:rPr>
              <w:t>Kristen Sawyer</w:t>
            </w:r>
          </w:p>
        </w:tc>
        <w:tc>
          <w:tcPr>
            <w:tcW w:type="dxa" w:w="3213"/>
          </w:tcPr>
          <w:p>
            <w:pPr>
              <w:spacing w:after="20" w:line="240" w:lineRule="auto"/>
            </w:pPr>
            <w:r>
              <w:rPr>
                <w:sz w:val="18"/>
                <w:szCs w:val="18"/>
              </w:rPr>
              <w:t>45-word review naming the mechanic, single-contribution account, 25 Apr 23:24</w:t>
            </w:r>
          </w:p>
        </w:tc>
      </w:tr>
      <w:tr>
        <w:trPr>
          <w:cantSplit/>
        </w:trPr>
        <w:tc>
          <w:tcPr>
            <w:tcW w:type="dxa" w:w="3213"/>
          </w:tcPr>
          <w:p>
            <w:pPr>
              <w:spacing w:after="20" w:line="240" w:lineRule="auto"/>
            </w:pPr>
            <w:r>
              <w:rPr>
                <w:sz w:val="18"/>
                <w:szCs w:val="18"/>
              </w:rPr>
              <w:t>2</w:t>
            </w:r>
          </w:p>
        </w:tc>
        <w:tc>
          <w:tcPr>
            <w:tcW w:type="dxa" w:w="3213"/>
          </w:tcPr>
          <w:p>
            <w:pPr>
              <w:spacing w:after="20" w:line="240" w:lineRule="auto"/>
            </w:pPr>
            <w:r>
              <w:rPr>
                <w:sz w:val="18"/>
                <w:szCs w:val="18"/>
              </w:rPr>
              <w:t>Kyle Gardner</w:t>
            </w:r>
          </w:p>
        </w:tc>
        <w:tc>
          <w:tcPr>
            <w:tcW w:type="dxa" w:w="3213"/>
          </w:tcPr>
          <w:p>
            <w:pPr>
              <w:spacing w:after="20" w:line="240" w:lineRule="auto"/>
            </w:pPr>
            <w:r>
              <w:rPr>
                <w:sz w:val="18"/>
                <w:szCs w:val="18"/>
              </w:rPr>
              <w:t>rating only, 26 Apr 13:27</w:t>
            </w:r>
          </w:p>
        </w:tc>
      </w:tr>
      <w:tr>
        <w:trPr>
          <w:cantSplit/>
        </w:trPr>
        <w:tc>
          <w:tcPr>
            <w:tcW w:type="dxa" w:w="3213"/>
          </w:tcPr>
          <w:p>
            <w:pPr>
              <w:spacing w:after="20" w:line="240" w:lineRule="auto"/>
            </w:pPr>
            <w:r>
              <w:rPr>
                <w:sz w:val="18"/>
                <w:szCs w:val="18"/>
              </w:rPr>
              <w:t>3</w:t>
            </w:r>
          </w:p>
        </w:tc>
        <w:tc>
          <w:tcPr>
            <w:tcW w:type="dxa" w:w="3213"/>
          </w:tcPr>
          <w:p>
            <w:pPr>
              <w:spacing w:after="20" w:line="240" w:lineRule="auto"/>
            </w:pPr>
            <w:r>
              <w:rPr>
                <w:sz w:val="18"/>
                <w:szCs w:val="18"/>
              </w:rPr>
              <w:t>Andrew Stanton</w:t>
            </w:r>
          </w:p>
        </w:tc>
        <w:tc>
          <w:tcPr>
            <w:tcW w:type="dxa" w:w="3213"/>
          </w:tcPr>
          <w:p>
            <w:pPr>
              <w:spacing w:after="20" w:line="240" w:lineRule="auto"/>
            </w:pPr>
            <w:r>
              <w:rPr>
                <w:sz w:val="18"/>
                <w:szCs w:val="18"/>
              </w:rPr>
              <w:t>rating only, 26 Apr 13:10</w:t>
            </w:r>
          </w:p>
        </w:tc>
      </w:tr>
      <w:tr>
        <w:trPr>
          <w:cantSplit/>
        </w:trPr>
        <w:tc>
          <w:tcPr>
            <w:tcW w:type="dxa" w:w="3213"/>
          </w:tcPr>
          <w:p>
            <w:pPr>
              <w:spacing w:after="20" w:line="240" w:lineRule="auto"/>
            </w:pPr>
            <w:r>
              <w:rPr>
                <w:sz w:val="18"/>
                <w:szCs w:val="18"/>
              </w:rPr>
              <w:t>4</w:t>
            </w:r>
          </w:p>
        </w:tc>
        <w:tc>
          <w:tcPr>
            <w:tcW w:type="dxa" w:w="3213"/>
          </w:tcPr>
          <w:p>
            <w:pPr>
              <w:spacing w:after="20" w:line="240" w:lineRule="auto"/>
            </w:pPr>
            <w:r>
              <w:rPr>
                <w:sz w:val="18"/>
                <w:szCs w:val="18"/>
              </w:rPr>
              <w:t>Nicole James</w:t>
            </w:r>
          </w:p>
        </w:tc>
        <w:tc>
          <w:tcPr>
            <w:tcW w:type="dxa" w:w="3213"/>
          </w:tcPr>
          <w:p>
            <w:pPr>
              <w:spacing w:after="20" w:line="240" w:lineRule="auto"/>
            </w:pPr>
            <w:r>
              <w:rPr>
                <w:sz w:val="18"/>
                <w:szCs w:val="18"/>
              </w:rPr>
              <w:t>short text, 26 Apr 12:53</w:t>
            </w:r>
          </w:p>
        </w:tc>
      </w:tr>
      <w:tr>
        <w:trPr>
          <w:cantSplit/>
        </w:trPr>
        <w:tc>
          <w:tcPr>
            <w:tcW w:type="dxa" w:w="3213"/>
          </w:tcPr>
          <w:p>
            <w:pPr>
              <w:spacing w:after="20" w:line="240" w:lineRule="auto"/>
            </w:pPr>
            <w:r>
              <w:rPr>
                <w:sz w:val="18"/>
                <w:szCs w:val="18"/>
              </w:rPr>
              <w:t>5</w:t>
            </w:r>
          </w:p>
        </w:tc>
        <w:tc>
          <w:tcPr>
            <w:tcW w:type="dxa" w:w="3213"/>
          </w:tcPr>
          <w:p>
            <w:pPr>
              <w:spacing w:after="20" w:line="240" w:lineRule="auto"/>
            </w:pPr>
            <w:r>
              <w:rPr>
                <w:sz w:val="18"/>
                <w:szCs w:val="18"/>
              </w:rPr>
              <w:t>Adam Collins</w:t>
            </w:r>
          </w:p>
        </w:tc>
        <w:tc>
          <w:tcPr>
            <w:tcW w:type="dxa" w:w="3213"/>
          </w:tcPr>
          <w:p>
            <w:pPr>
              <w:spacing w:after="20" w:line="240" w:lineRule="auto"/>
            </w:pPr>
            <w:r>
              <w:rPr>
                <w:sz w:val="18"/>
                <w:szCs w:val="18"/>
              </w:rPr>
              <w:t>rating only, 26 Apr ~12:00; profile showed one rating in total</w:t>
            </w:r>
          </w:p>
        </w:tc>
      </w:tr>
      <w:tr>
        <w:trPr>
          <w:cantSplit/>
        </w:trPr>
        <w:tc>
          <w:tcPr>
            <w:tcW w:type="dxa" w:w="3213"/>
          </w:tcPr>
          <w:p>
            <w:pPr>
              <w:spacing w:after="20" w:line="240" w:lineRule="auto"/>
            </w:pPr>
            <w:r>
              <w:rPr>
                <w:sz w:val="18"/>
                <w:szCs w:val="18"/>
              </w:rPr>
              <w:t>6</w:t>
            </w:r>
          </w:p>
        </w:tc>
        <w:tc>
          <w:tcPr>
            <w:tcW w:type="dxa" w:w="3213"/>
          </w:tcPr>
          <w:p>
            <w:pPr>
              <w:spacing w:after="20" w:line="240" w:lineRule="auto"/>
            </w:pPr>
            <w:r>
              <w:rPr>
                <w:sz w:val="18"/>
                <w:szCs w:val="18"/>
              </w:rPr>
              <w:t>Nick Garner</w:t>
            </w:r>
          </w:p>
        </w:tc>
        <w:tc>
          <w:tcPr>
            <w:tcW w:type="dxa" w:w="3213"/>
          </w:tcPr>
          <w:p>
            <w:pPr>
              <w:spacing w:after="20" w:line="240" w:lineRule="auto"/>
            </w:pPr>
            <w:r>
              <w:rPr>
                <w:sz w:val="18"/>
                <w:szCs w:val="18"/>
              </w:rPr>
              <w:t>rating only, 26 Apr ~12:00 (a different review by that name from Jul 2024 remains)</w:t>
            </w:r>
          </w:p>
        </w:tc>
      </w:tr>
      <w:tr>
        <w:trPr>
          <w:cantSplit/>
        </w:trPr>
        <w:tc>
          <w:tcPr>
            <w:tcW w:type="dxa" w:w="3213"/>
          </w:tcPr>
          <w:p>
            <w:pPr>
              <w:spacing w:after="20" w:line="240" w:lineRule="auto"/>
            </w:pPr>
            <w:r>
              <w:rPr>
                <w:sz w:val="18"/>
                <w:szCs w:val="18"/>
              </w:rPr>
              <w:t>7</w:t>
            </w:r>
          </w:p>
        </w:tc>
        <w:tc>
          <w:tcPr>
            <w:tcW w:type="dxa" w:w="3213"/>
          </w:tcPr>
          <w:p>
            <w:pPr>
              <w:spacing w:after="20" w:line="240" w:lineRule="auto"/>
            </w:pPr>
            <w:r>
              <w:rPr>
                <w:sz w:val="18"/>
                <w:szCs w:val="18"/>
              </w:rPr>
              <w:t>Erica Banks</w:t>
            </w:r>
          </w:p>
        </w:tc>
        <w:tc>
          <w:tcPr>
            <w:tcW w:type="dxa" w:w="3213"/>
          </w:tcPr>
          <w:p>
            <w:pPr>
              <w:spacing w:after="20" w:line="240" w:lineRule="auto"/>
            </w:pPr>
            <w:r>
              <w:rPr>
                <w:sz w:val="18"/>
                <w:szCs w:val="18"/>
              </w:rPr>
              <w:t>edited older review, 26 Apr</w:t>
            </w:r>
          </w:p>
        </w:tc>
      </w:tr>
      <w:tr>
        <w:trPr>
          <w:cantSplit/>
        </w:trPr>
        <w:tc>
          <w:tcPr>
            <w:tcW w:type="dxa" w:w="3213"/>
          </w:tcPr>
          <w:p>
            <w:pPr>
              <w:spacing w:after="20" w:line="240" w:lineRule="auto"/>
            </w:pPr>
            <w:r>
              <w:rPr>
                <w:sz w:val="18"/>
                <w:szCs w:val="18"/>
              </w:rPr>
              <w:t>8</w:t>
            </w:r>
          </w:p>
        </w:tc>
        <w:tc>
          <w:tcPr>
            <w:tcW w:type="dxa" w:w="3213"/>
          </w:tcPr>
          <w:p>
            <w:pPr>
              <w:spacing w:after="20" w:line="240" w:lineRule="auto"/>
            </w:pPr>
            <w:r>
              <w:rPr>
                <w:sz w:val="18"/>
                <w:szCs w:val="18"/>
              </w:rPr>
              <w:t>Dennis Shaw</w:t>
            </w:r>
          </w:p>
        </w:tc>
        <w:tc>
          <w:tcPr>
            <w:tcW w:type="dxa" w:w="3213"/>
          </w:tcPr>
          <w:p>
            <w:pPr>
              <w:spacing w:after="20" w:line="240" w:lineRule="auto"/>
            </w:pPr>
            <w:r>
              <w:rPr>
                <w:sz w:val="18"/>
                <w:szCs w:val="18"/>
              </w:rPr>
              <w:t>rating only, 25 Apr ~23:23</w:t>
            </w:r>
          </w:p>
        </w:tc>
      </w:tr>
      <w:tr>
        <w:trPr>
          <w:cantSplit/>
        </w:trPr>
        <w:tc>
          <w:tcPr>
            <w:tcW w:type="dxa" w:w="3213"/>
          </w:tcPr>
          <w:p>
            <w:pPr>
              <w:spacing w:after="20" w:line="240" w:lineRule="auto"/>
            </w:pPr>
            <w:r>
              <w:rPr>
                <w:sz w:val="18"/>
                <w:szCs w:val="18"/>
              </w:rPr>
              <w:t>9</w:t>
            </w:r>
          </w:p>
        </w:tc>
        <w:tc>
          <w:tcPr>
            <w:tcW w:type="dxa" w:w="3213"/>
          </w:tcPr>
          <w:p>
            <w:pPr>
              <w:spacing w:after="20" w:line="240" w:lineRule="auto"/>
            </w:pPr>
            <w:r>
              <w:rPr>
                <w:sz w:val="18"/>
                <w:szCs w:val="18"/>
              </w:rPr>
              <w:t>Olivia Kent</w:t>
            </w:r>
          </w:p>
        </w:tc>
        <w:tc>
          <w:tcPr>
            <w:tcW w:type="dxa" w:w="3213"/>
          </w:tcPr>
          <w:p>
            <w:pPr>
              <w:spacing w:after="20" w:line="240" w:lineRule="auto"/>
            </w:pPr>
            <w:r>
              <w:rPr>
                <w:sz w:val="18"/>
                <w:szCs w:val="18"/>
              </w:rPr>
              <w:t>rating only, 12 Aug ~21:00</w:t>
            </w:r>
          </w:p>
        </w:tc>
      </w:tr>
      <w:tr>
        <w:trPr>
          <w:cantSplit/>
        </w:trPr>
        <w:tc>
          <w:tcPr>
            <w:tcW w:type="dxa" w:w="3213"/>
          </w:tcPr>
          <w:p>
            <w:pPr>
              <w:spacing w:after="20" w:line="240" w:lineRule="auto"/>
            </w:pPr>
            <w:r>
              <w:rPr>
                <w:sz w:val="18"/>
                <w:szCs w:val="18"/>
              </w:rPr>
              <w:t>10</w:t>
            </w:r>
          </w:p>
        </w:tc>
        <w:tc>
          <w:tcPr>
            <w:tcW w:type="dxa" w:w="3213"/>
          </w:tcPr>
          <w:p>
            <w:pPr>
              <w:spacing w:after="20" w:line="240" w:lineRule="auto"/>
            </w:pPr>
            <w:r>
              <w:rPr>
                <w:sz w:val="18"/>
                <w:szCs w:val="18"/>
              </w:rPr>
              <w:t>Shelly Rowe</w:t>
            </w:r>
          </w:p>
        </w:tc>
        <w:tc>
          <w:tcPr>
            <w:tcW w:type="dxa" w:w="3213"/>
          </w:tcPr>
          <w:p>
            <w:pPr>
              <w:spacing w:after="20" w:line="240" w:lineRule="auto"/>
            </w:pPr>
            <w:r>
              <w:rPr>
                <w:sz w:val="18"/>
                <w:szCs w:val="18"/>
              </w:rPr>
              <w:t>rating only, 12 Aug ~23:02</w:t>
            </w:r>
          </w:p>
        </w:tc>
      </w:tr>
    </w:tbl>
    <w:p>
      <w:pPr>
        <w:pStyle w:val="Heading2"/>
      </w:pPr>
      <w:r>
        <w:rPr/>
        <w:t>9. Account characteristics by year</w:t>
      </w:r>
    </w:p>
    <w:tbl>
      <w:tblPr>
        <w:tblStyle w:val="TableGrid"/>
        <w:tblW w:type="pct" w:w="5000"/>
        <w:tblLook w:firstColumn="1" w:firstRow="1" w:lastColumn="0" w:lastRow="0" w:noHBand="0" w:noVBand="1" w:val="04A0"/>
      </w:tblPr>
      <w:tblGrid>
        <w:gridCol w:w="1928"/>
        <w:gridCol w:w="1928"/>
        <w:gridCol w:w="1928"/>
        <w:gridCol w:w="1928"/>
        <w:gridCol w:w="1928"/>
      </w:tblGrid>
      <w:tr>
        <w:trPr>
          <w:cantSplit/>
          <w:tblHeader/>
        </w:trPr>
        <w:tc>
          <w:tcPr>
            <w:tcW w:type="dxa" w:w="1928"/>
            <w:shd w:val="clear" w:color="auto" w:fill="F2F4F8"/>
          </w:tcPr>
          <w:p>
            <w:pPr>
              <w:spacing w:after="20" w:line="240" w:lineRule="auto"/>
            </w:pPr>
            <w:r>
              <w:rPr>
                <w:b/>
                <w:bCs/>
                <w:caps/>
                <w:sz w:val="18"/>
                <w:szCs w:val="18"/>
              </w:rPr>
              <w:t>Year</w:t>
            </w:r>
          </w:p>
        </w:tc>
        <w:tc>
          <w:tcPr>
            <w:tcW w:type="dxa" w:w="1928"/>
            <w:shd w:val="clear" w:color="auto" w:fill="F2F4F8"/>
          </w:tcPr>
          <w:p>
            <w:pPr>
              <w:spacing w:after="20" w:line="240" w:lineRule="auto"/>
            </w:pPr>
            <w:r>
              <w:rPr>
                <w:b/>
                <w:bCs/>
                <w:caps/>
                <w:sz w:val="18"/>
                <w:szCs w:val="18"/>
              </w:rPr>
              <w:t>Reviews</w:t>
            </w:r>
          </w:p>
        </w:tc>
        <w:tc>
          <w:tcPr>
            <w:tcW w:type="dxa" w:w="1928"/>
            <w:shd w:val="clear" w:color="auto" w:fill="F2F4F8"/>
          </w:tcPr>
          <w:p>
            <w:pPr>
              <w:spacing w:after="20" w:line="240" w:lineRule="auto"/>
            </w:pPr>
            <w:r>
              <w:rPr>
                <w:b/>
                <w:bCs/>
                <w:caps/>
                <w:sz w:val="18"/>
                <w:szCs w:val="18"/>
              </w:rPr>
              <w:t>Rating only, no text</w:t>
            </w:r>
          </w:p>
        </w:tc>
        <w:tc>
          <w:tcPr>
            <w:tcW w:type="dxa" w:w="1928"/>
            <w:shd w:val="clear" w:color="auto" w:fill="F2F4F8"/>
          </w:tcPr>
          <w:p>
            <w:pPr>
              <w:spacing w:after="20" w:line="240" w:lineRule="auto"/>
            </w:pPr>
            <w:r>
              <w:rPr>
                <w:b/>
                <w:bCs/>
                <w:caps/>
                <w:sz w:val="18"/>
                <w:szCs w:val="18"/>
              </w:rPr>
              <w:t>From accounts with one review or none</w:t>
            </w:r>
          </w:p>
        </w:tc>
        <w:tc>
          <w:tcPr>
            <w:tcW w:type="dxa" w:w="1928"/>
            <w:shd w:val="clear" w:color="auto" w:fill="F2F4F8"/>
          </w:tcPr>
          <w:p>
            <w:pPr>
              <w:spacing w:after="20" w:line="240" w:lineRule="auto"/>
            </w:pPr>
            <w:r>
              <w:rPr>
                <w:b/>
                <w:bCs/>
                <w:caps/>
                <w:sz w:val="18"/>
                <w:szCs w:val="18"/>
              </w:rPr>
              <w:t>Five-star</w:t>
            </w:r>
          </w:p>
        </w:tc>
      </w:tr>
      <w:tr>
        <w:trPr>
          <w:cantSplit/>
        </w:trPr>
        <w:tc>
          <w:tcPr>
            <w:tcW w:type="dxa" w:w="1928"/>
          </w:tcPr>
          <w:p>
            <w:pPr>
              <w:spacing w:after="20" w:line="240" w:lineRule="auto"/>
            </w:pPr>
            <w:r>
              <w:rPr>
                <w:sz w:val="18"/>
                <w:szCs w:val="18"/>
              </w:rPr>
              <w:t>2021</w:t>
            </w:r>
          </w:p>
        </w:tc>
        <w:tc>
          <w:tcPr>
            <w:tcW w:type="dxa" w:w="1928"/>
          </w:tcPr>
          <w:p>
            <w:pPr>
              <w:spacing w:after="20" w:line="240" w:lineRule="auto"/>
            </w:pPr>
            <w:r>
              <w:rPr>
                <w:sz w:val="18"/>
                <w:szCs w:val="18"/>
              </w:rPr>
              <w:t>56</w:t>
            </w:r>
          </w:p>
        </w:tc>
        <w:tc>
          <w:tcPr>
            <w:tcW w:type="dxa" w:w="1928"/>
          </w:tcPr>
          <w:p>
            <w:pPr>
              <w:spacing w:after="20" w:line="240" w:lineRule="auto"/>
            </w:pPr>
            <w:r>
              <w:rPr>
                <w:sz w:val="18"/>
                <w:szCs w:val="18"/>
              </w:rPr>
              <w:t>11%</w:t>
            </w:r>
          </w:p>
        </w:tc>
        <w:tc>
          <w:tcPr>
            <w:tcW w:type="dxa" w:w="1928"/>
          </w:tcPr>
          <w:p>
            <w:pPr>
              <w:spacing w:after="20" w:line="240" w:lineRule="auto"/>
            </w:pPr>
            <w:r>
              <w:rPr>
                <w:sz w:val="18"/>
                <w:szCs w:val="18"/>
              </w:rPr>
              <w:t>30%</w:t>
            </w:r>
          </w:p>
        </w:tc>
        <w:tc>
          <w:tcPr>
            <w:tcW w:type="dxa" w:w="1928"/>
          </w:tcPr>
          <w:p>
            <w:pPr>
              <w:spacing w:after="20" w:line="240" w:lineRule="auto"/>
            </w:pPr>
            <w:r>
              <w:rPr>
                <w:sz w:val="18"/>
                <w:szCs w:val="18"/>
              </w:rPr>
              <w:t>100.0%</w:t>
            </w:r>
          </w:p>
        </w:tc>
      </w:tr>
      <w:tr>
        <w:trPr>
          <w:cantSplit/>
        </w:trPr>
        <w:tc>
          <w:tcPr>
            <w:tcW w:type="dxa" w:w="1928"/>
          </w:tcPr>
          <w:p>
            <w:pPr>
              <w:spacing w:after="20" w:line="240" w:lineRule="auto"/>
            </w:pPr>
            <w:r>
              <w:rPr>
                <w:sz w:val="18"/>
                <w:szCs w:val="18"/>
              </w:rPr>
              <w:t>2022</w:t>
            </w:r>
          </w:p>
        </w:tc>
        <w:tc>
          <w:tcPr>
            <w:tcW w:type="dxa" w:w="1928"/>
          </w:tcPr>
          <w:p>
            <w:pPr>
              <w:spacing w:after="20" w:line="240" w:lineRule="auto"/>
            </w:pPr>
            <w:r>
              <w:rPr>
                <w:sz w:val="18"/>
                <w:szCs w:val="18"/>
              </w:rPr>
              <w:t>372</w:t>
            </w:r>
          </w:p>
        </w:tc>
        <w:tc>
          <w:tcPr>
            <w:tcW w:type="dxa" w:w="1928"/>
          </w:tcPr>
          <w:p>
            <w:pPr>
              <w:spacing w:after="20" w:line="240" w:lineRule="auto"/>
            </w:pPr>
            <w:r>
              <w:rPr>
                <w:sz w:val="18"/>
                <w:szCs w:val="18"/>
              </w:rPr>
              <w:t>17%</w:t>
            </w:r>
          </w:p>
        </w:tc>
        <w:tc>
          <w:tcPr>
            <w:tcW w:type="dxa" w:w="1928"/>
          </w:tcPr>
          <w:p>
            <w:pPr>
              <w:spacing w:after="20" w:line="240" w:lineRule="auto"/>
            </w:pPr>
            <w:r>
              <w:rPr>
                <w:sz w:val="18"/>
                <w:szCs w:val="18"/>
              </w:rPr>
              <w:t>28%</w:t>
            </w:r>
          </w:p>
        </w:tc>
        <w:tc>
          <w:tcPr>
            <w:tcW w:type="dxa" w:w="1928"/>
          </w:tcPr>
          <w:p>
            <w:pPr>
              <w:spacing w:after="20" w:line="240" w:lineRule="auto"/>
            </w:pPr>
            <w:r>
              <w:rPr>
                <w:sz w:val="18"/>
                <w:szCs w:val="18"/>
              </w:rPr>
              <w:t>99.5%</w:t>
            </w:r>
          </w:p>
        </w:tc>
      </w:tr>
      <w:tr>
        <w:trPr>
          <w:cantSplit/>
        </w:trPr>
        <w:tc>
          <w:tcPr>
            <w:tcW w:type="dxa" w:w="1928"/>
          </w:tcPr>
          <w:p>
            <w:pPr>
              <w:spacing w:after="20" w:line="240" w:lineRule="auto"/>
            </w:pPr>
            <w:r>
              <w:rPr>
                <w:sz w:val="18"/>
                <w:szCs w:val="18"/>
              </w:rPr>
              <w:t>2023</w:t>
            </w:r>
          </w:p>
        </w:tc>
        <w:tc>
          <w:tcPr>
            <w:tcW w:type="dxa" w:w="1928"/>
          </w:tcPr>
          <w:p>
            <w:pPr>
              <w:spacing w:after="20" w:line="240" w:lineRule="auto"/>
            </w:pPr>
            <w:r>
              <w:rPr>
                <w:sz w:val="18"/>
                <w:szCs w:val="18"/>
              </w:rPr>
              <w:t>164</w:t>
            </w:r>
          </w:p>
        </w:tc>
        <w:tc>
          <w:tcPr>
            <w:tcW w:type="dxa" w:w="1928"/>
          </w:tcPr>
          <w:p>
            <w:pPr>
              <w:spacing w:after="20" w:line="240" w:lineRule="auto"/>
            </w:pPr>
            <w:r>
              <w:rPr>
                <w:sz w:val="18"/>
                <w:szCs w:val="18"/>
              </w:rPr>
              <w:t>12%</w:t>
            </w:r>
          </w:p>
        </w:tc>
        <w:tc>
          <w:tcPr>
            <w:tcW w:type="dxa" w:w="1928"/>
          </w:tcPr>
          <w:p>
            <w:pPr>
              <w:spacing w:after="20" w:line="240" w:lineRule="auto"/>
            </w:pPr>
            <w:r>
              <w:rPr>
                <w:sz w:val="18"/>
                <w:szCs w:val="18"/>
              </w:rPr>
              <w:t>30%</w:t>
            </w:r>
          </w:p>
        </w:tc>
        <w:tc>
          <w:tcPr>
            <w:tcW w:type="dxa" w:w="1928"/>
          </w:tcPr>
          <w:p>
            <w:pPr>
              <w:spacing w:after="20" w:line="240" w:lineRule="auto"/>
            </w:pPr>
            <w:r>
              <w:rPr>
                <w:sz w:val="18"/>
                <w:szCs w:val="18"/>
              </w:rPr>
              <w:t>98.2%</w:t>
            </w:r>
          </w:p>
        </w:tc>
      </w:tr>
      <w:tr>
        <w:trPr>
          <w:cantSplit/>
        </w:trPr>
        <w:tc>
          <w:tcPr>
            <w:tcW w:type="dxa" w:w="1928"/>
          </w:tcPr>
          <w:p>
            <w:pPr>
              <w:spacing w:after="20" w:line="240" w:lineRule="auto"/>
            </w:pPr>
            <w:r>
              <w:rPr>
                <w:sz w:val="18"/>
                <w:szCs w:val="18"/>
              </w:rPr>
              <w:t>2024</w:t>
            </w:r>
          </w:p>
        </w:tc>
        <w:tc>
          <w:tcPr>
            <w:tcW w:type="dxa" w:w="1928"/>
          </w:tcPr>
          <w:p>
            <w:pPr>
              <w:spacing w:after="20" w:line="240" w:lineRule="auto"/>
            </w:pPr>
            <w:r>
              <w:rPr>
                <w:sz w:val="18"/>
                <w:szCs w:val="18"/>
              </w:rPr>
              <w:t>171</w:t>
            </w:r>
          </w:p>
        </w:tc>
        <w:tc>
          <w:tcPr>
            <w:tcW w:type="dxa" w:w="1928"/>
          </w:tcPr>
          <w:p>
            <w:pPr>
              <w:spacing w:after="20" w:line="240" w:lineRule="auto"/>
            </w:pPr>
            <w:r>
              <w:rPr>
                <w:sz w:val="18"/>
                <w:szCs w:val="18"/>
              </w:rPr>
              <w:t>40%</w:t>
            </w:r>
          </w:p>
        </w:tc>
        <w:tc>
          <w:tcPr>
            <w:tcW w:type="dxa" w:w="1928"/>
          </w:tcPr>
          <w:p>
            <w:pPr>
              <w:spacing w:after="20" w:line="240" w:lineRule="auto"/>
            </w:pPr>
            <w:r>
              <w:rPr>
                <w:sz w:val="18"/>
                <w:szCs w:val="18"/>
              </w:rPr>
              <w:t>27%</w:t>
            </w:r>
          </w:p>
        </w:tc>
        <w:tc>
          <w:tcPr>
            <w:tcW w:type="dxa" w:w="1928"/>
          </w:tcPr>
          <w:p>
            <w:pPr>
              <w:spacing w:after="20" w:line="240" w:lineRule="auto"/>
            </w:pPr>
            <w:r>
              <w:rPr>
                <w:sz w:val="18"/>
                <w:szCs w:val="18"/>
              </w:rPr>
              <w:t>97.1%</w:t>
            </w:r>
          </w:p>
        </w:tc>
      </w:tr>
      <w:tr>
        <w:trPr>
          <w:cantSplit/>
        </w:trPr>
        <w:tc>
          <w:tcPr>
            <w:tcW w:type="dxa" w:w="1928"/>
          </w:tcPr>
          <w:p>
            <w:pPr>
              <w:spacing w:after="20" w:line="240" w:lineRule="auto"/>
            </w:pPr>
            <w:r>
              <w:rPr>
                <w:sz w:val="18"/>
                <w:szCs w:val="18"/>
              </w:rPr>
              <w:t>2025</w:t>
            </w:r>
          </w:p>
        </w:tc>
        <w:tc>
          <w:tcPr>
            <w:tcW w:type="dxa" w:w="1928"/>
          </w:tcPr>
          <w:p>
            <w:pPr>
              <w:spacing w:after="20" w:line="240" w:lineRule="auto"/>
            </w:pPr>
            <w:r>
              <w:rPr>
                <w:sz w:val="18"/>
                <w:szCs w:val="18"/>
              </w:rPr>
              <w:t>138</w:t>
            </w:r>
          </w:p>
        </w:tc>
        <w:tc>
          <w:tcPr>
            <w:tcW w:type="dxa" w:w="1928"/>
          </w:tcPr>
          <w:p>
            <w:pPr>
              <w:spacing w:after="20" w:line="240" w:lineRule="auto"/>
            </w:pPr>
            <w:r>
              <w:rPr>
                <w:sz w:val="18"/>
                <w:szCs w:val="18"/>
              </w:rPr>
              <w:t>30%</w:t>
            </w:r>
          </w:p>
        </w:tc>
        <w:tc>
          <w:tcPr>
            <w:tcW w:type="dxa" w:w="1928"/>
          </w:tcPr>
          <w:p>
            <w:pPr>
              <w:spacing w:after="20" w:line="240" w:lineRule="auto"/>
            </w:pPr>
            <w:r>
              <w:rPr>
                <w:sz w:val="18"/>
                <w:szCs w:val="18"/>
              </w:rPr>
              <w:t>35%</w:t>
            </w:r>
          </w:p>
        </w:tc>
        <w:tc>
          <w:tcPr>
            <w:tcW w:type="dxa" w:w="1928"/>
          </w:tcPr>
          <w:p>
            <w:pPr>
              <w:spacing w:after="20" w:line="240" w:lineRule="auto"/>
            </w:pPr>
            <w:r>
              <w:rPr>
                <w:sz w:val="18"/>
                <w:szCs w:val="18"/>
              </w:rPr>
              <w:t>94.9%</w:t>
            </w:r>
          </w:p>
        </w:tc>
      </w:tr>
      <w:tr>
        <w:trPr>
          <w:cantSplit/>
        </w:trPr>
        <w:tc>
          <w:tcPr>
            <w:tcW w:type="dxa" w:w="1928"/>
          </w:tcPr>
          <w:p>
            <w:pPr>
              <w:spacing w:after="20" w:line="240" w:lineRule="auto"/>
            </w:pPr>
            <w:r>
              <w:rPr>
                <w:sz w:val="18"/>
                <w:szCs w:val="18"/>
              </w:rPr>
              <w:t>2026</w:t>
            </w:r>
          </w:p>
        </w:tc>
        <w:tc>
          <w:tcPr>
            <w:tcW w:type="dxa" w:w="1928"/>
          </w:tcPr>
          <w:p>
            <w:pPr>
              <w:spacing w:after="20" w:line="240" w:lineRule="auto"/>
            </w:pPr>
            <w:r>
              <w:rPr>
                <w:sz w:val="18"/>
                <w:szCs w:val="18"/>
              </w:rPr>
              <w:t>272</w:t>
            </w:r>
          </w:p>
        </w:tc>
        <w:tc>
          <w:tcPr>
            <w:tcW w:type="dxa" w:w="1928"/>
          </w:tcPr>
          <w:p>
            <w:pPr>
              <w:spacing w:after="20" w:line="240" w:lineRule="auto"/>
            </w:pPr>
            <w:r>
              <w:rPr>
                <w:sz w:val="18"/>
                <w:szCs w:val="18"/>
              </w:rPr>
              <w:t>41%</w:t>
            </w:r>
          </w:p>
        </w:tc>
        <w:tc>
          <w:tcPr>
            <w:tcW w:type="dxa" w:w="1928"/>
          </w:tcPr>
          <w:p>
            <w:pPr>
              <w:spacing w:after="20" w:line="240" w:lineRule="auto"/>
            </w:pPr>
            <w:r>
              <w:rPr>
                <w:sz w:val="18"/>
                <w:szCs w:val="18"/>
              </w:rPr>
              <w:t>39%</w:t>
            </w:r>
          </w:p>
        </w:tc>
        <w:tc>
          <w:tcPr>
            <w:tcW w:type="dxa" w:w="1928"/>
          </w:tcPr>
          <w:p>
            <w:pPr>
              <w:spacing w:after="20" w:line="240" w:lineRule="auto"/>
            </w:pPr>
            <w:r>
              <w:rPr>
                <w:sz w:val="18"/>
                <w:szCs w:val="18"/>
              </w:rPr>
              <w:t>98.2%</w:t>
            </w:r>
          </w:p>
        </w:tc>
      </w:tr>
    </w:tbl>
    <w:p>
      <w:r>
        <w:rPr/>
        <w:t>Monthly volume from April through September 2026 was 50, 33, 51, 36, 39 and 38 reviews, compared with 5 to 12 per month before that period. Since 17 April 2026, 39 percent of reviews came from accounts with at most one public review. The phrases "best mechanic" or "auto repair in Columbus" appear in 7.5 percent of reviews overall but not in this later period. These are descriptive characteristics, not proof about any review.</w:t>
      </w:r>
    </w:p>
    <w:p>
      <w:pPr>
        <w:pStyle w:val="Heading2"/>
      </w:pPr>
      <w:r>
        <w:rPr/>
        <w:t>10. Applicable Google Maps policies</w:t>
      </w:r>
    </w:p>
    <w:p>
      <w:r>
        <w:rPr/>
        <w:t>Summarized from Google's Maps user-generated content policy and its prohibited and restricted content pages. In a real report the clauses relied on are quoted word for word, each with its URL and the date it was read.</w:t>
      </w:r>
    </w:p>
    <w:p>
      <w:pPr>
        <w:pStyle w:val="ListBullet"/>
      </w:pPr>
      <w:r>
        <w:rPr>
          <w:b/>
          <w:bCs/>
        </w:rPr>
        <w:t>Fake engagement.</w:t>
      </w:r>
      <w:r>
        <w:rPr/>
        <w:t xml:space="preserve"> Google's policy covers content posted from multiple accounts by or at the request of one person, and requires reviews to reflect genuine experiences.</w:t>
      </w:r>
    </w:p>
    <w:p>
      <w:pPr>
        <w:pStyle w:val="ListBullet"/>
      </w:pPr>
      <w:r>
        <w:rPr>
          <w:b/>
          <w:bCs/>
        </w:rPr>
        <w:t>Rating manipulation.</w:t>
      </w:r>
      <w:r>
        <w:rPr/>
        <w:t xml:space="preserve"> Google's policy names unusual review volumes or patterns of contributions, and bars businesses from discouraging negative reviews or selectively asking for positive ones.</w:t>
      </w:r>
    </w:p>
    <w:p>
      <w:pPr>
        <w:pStyle w:val="ListBullet"/>
      </w:pPr>
      <w:r>
        <w:rPr>
          <w:b/>
          <w:bCs/>
        </w:rPr>
        <w:t>Asking for reviews.</w:t>
      </w:r>
      <w:r>
        <w:rPr/>
        <w:t xml:space="preserve"> Google's policy allows requests for genuine reviews but bars pressure, requested wording and staff quotas.</w:t>
      </w:r>
    </w:p>
    <w:p>
      <w:pPr>
        <w:pStyle w:val="ListBullet"/>
      </w:pPr>
      <w:r>
        <w:rPr>
          <w:b/>
          <w:bCs/>
        </w:rPr>
        <w:t>Conflicts of interest.</w:t>
      </w:r>
      <w:r>
        <w:rPr/>
        <w:t xml:space="preserve"> Google's policy includes employment, contractual, consultory, professional, personal, competitor and family affiliations.</w:t>
      </w:r>
    </w:p>
    <w:p>
      <w:pPr>
        <w:pStyle w:val="ListBullet"/>
      </w:pPr>
      <w:r>
        <w:rPr>
          <w:b/>
          <w:bCs/>
        </w:rPr>
        <w:t>Repetitive and offensive content.</w:t>
      </w:r>
      <w:r>
        <w:rPr/>
        <w:t xml:space="preserve"> Google's policy bars posting the same content through multiple accounts, and attacks or unsupported allegations of wrongdoing against people or businesses.</w:t>
      </w:r>
    </w:p>
    <w:p>
      <w:r>
        <w:rPr>
          <w:caps/>
          <w:color w:val="6B7789"/>
          <w:sz w:val="16"/>
          <w:szCs w:val="16"/>
        </w:rPr>
        <w:t xml:space="preserve">Sources: </w:t>
      </w:r>
      <w:hyperlink r:id="rId9">
        <w:r>
          <w:rPr>
            <w:caps/>
            <w:color w:val="1D4F91"/>
            <w:sz w:val="16"/>
            <w:szCs w:val="16"/>
            <w:u w:val="single"/>
          </w:rPr>
          <w:t>https://support.google.com/contributionpolicy/answer/7400114</w:t>
        </w:r>
      </w:hyperlink>
      <w:r>
        <w:rPr>
          <w:caps/>
          <w:color w:val="6B7789"/>
          <w:sz w:val="16"/>
          <w:szCs w:val="16"/>
        </w:rPr>
        <w:t xml:space="preserve"> · </w:t>
      </w:r>
      <w:hyperlink r:id="rId10">
        <w:r>
          <w:rPr>
            <w:caps/>
            <w:color w:val="1D4F91"/>
            <w:sz w:val="16"/>
            <w:szCs w:val="16"/>
            <w:u w:val="single"/>
          </w:rPr>
          <w:t>https://support.google.com/contributionpolicy/answer/7422880</w:t>
        </w:r>
      </w:hyperlink>
    </w:p>
    <w:p>
      <w:pPr>
        <w:pStyle w:val="Heading2"/>
      </w:pPr>
      <w:r>
        <w:rPr/>
        <w:t>11. Requested Google review and action</w:t>
      </w:r>
    </w:p>
    <w:p>
      <w:r>
        <w:rPr/>
        <w:t>We ask Google to review the following, using the records above and Google's non-public signals:</w:t>
      </w:r>
    </w:p>
    <w:p>
      <w:pPr>
        <w:pStyle w:val="ListNumber"/>
        <w:numPr>
          <w:ilvl w:val="0"/>
          <w:numId w:val="10"/>
        </w:numPr>
      </w:pPr>
      <w:r>
        <w:rPr/>
        <w:t>Review the accounts and reviews in sections 3 to 8 for common control, posting under common direction, incentives, staff requests for reviews, or other signals under the Fake engagement policy.</w:t>
      </w:r>
    </w:p>
    <w:p>
      <w:pPr>
        <w:pStyle w:val="ListNumber"/>
        <w:numPr>
          <w:ilvl w:val="0"/>
          <w:numId w:val="10"/>
        </w:numPr>
      </w:pPr>
      <w:r>
        <w:rPr/>
        <w:t>Assess the business replies in section 2 under Rating manipulation and Offensive content, with particular attention to the repeated demands that critical reviewers delete their reviews.</w:t>
      </w:r>
    </w:p>
    <w:p>
      <w:pPr>
        <w:pStyle w:val="ListNumber"/>
        <w:numPr>
          <w:ilvl w:val="0"/>
          <w:numId w:val="10"/>
        </w:numPr>
      </w:pPr>
      <w:r>
        <w:rPr/>
        <w:t>Apply the repetitive-content rule to the identical-text pairs in section 4, and assess whether the accounts are also connected under Fake engagement.</w:t>
      </w:r>
    </w:p>
    <w:p>
      <w:pPr>
        <w:pStyle w:val="ListNumber"/>
        <w:numPr>
          <w:ilvl w:val="0"/>
          <w:numId w:val="10"/>
        </w:numPr>
      </w:pPr>
      <w:r>
        <w:rPr/>
        <w:t>Check whether the business account in section 5 has a professional affiliation that creates a conflict of interest.</w:t>
      </w:r>
    </w:p>
    <w:p>
      <w:pPr>
        <w:pStyle w:val="ListNumber"/>
        <w:numPr>
          <w:ilvl w:val="0"/>
          <w:numId w:val="10"/>
        </w:numPr>
      </w:pPr>
      <w:r>
        <w:rPr/>
        <w:t>Remove content, restrict accounts or features, or take other action only where Google's review confirms a policy breach.</w:t>
      </w:r>
    </w:p>
    <w:p>
      <w:r>
        <w:rPr/>
        <w:t>A person files each item through Google's own tools. AxioIntel sends nothing to Google, and no outcome is promised: Google decides.</w:t>
      </w:r>
    </w:p>
    <w:p>
      <w:pPr>
        <w:pStyle w:val="Heading2"/>
      </w:pPr>
      <w:r>
        <w:rPr/>
        <w:t>12. Data sources and limitations</w:t>
      </w:r>
    </w:p>
    <w:p>
      <w:pPr>
        <w:pStyle w:val="ListBullet"/>
      </w:pPr>
      <w:r>
        <w:rPr/>
        <w:t>All reviews on the listing were collected from public Google Maps pages on 22 September 2026. The collection recorded 1,177 review records while the listing displayed a total of 1,176. Reviewer histories used in section 3 were read on 21 September 2026.</w:t>
      </w:r>
    </w:p>
    <w:p>
      <w:pPr>
        <w:pStyle w:val="ListBullet"/>
      </w:pPr>
      <w:r>
        <w:rPr/>
        <w:t>In a real report every review link is the review's own Google Maps URL and every account link is the contributor's Google Maps URL. This sample carries none.</w:t>
      </w:r>
    </w:p>
    <w:p>
      <w:pPr>
        <w:pStyle w:val="ListBullet"/>
      </w:pPr>
      <w:r>
        <w:rPr/>
        <w:t>Google displays a review's latest edit time, so the public date may be when it was last saved rather than first posted. The snapshot cannot reconstruct earlier versions.</w:t>
      </w:r>
    </w:p>
    <w:p>
      <w:pPr>
        <w:pStyle w:val="ListBullet"/>
      </w:pPr>
      <w:r>
        <w:rPr/>
        <w:t>Screenshots are taken on the dates stated and reproduced cropped to the review list. This sample reproduces none.</w:t>
      </w:r>
    </w:p>
    <w:p>
      <w:pPr>
        <w:pStyle w:val="ListBullet"/>
      </w:pPr>
      <w:r>
        <w:rPr/>
        <w:t>Text quoted from a review or reply is copied as posted, including spelling.</w:t>
      </w:r>
    </w:p>
    <w:p>
      <w:pPr>
        <w:pStyle w:val="ListBullet"/>
      </w:pPr>
      <w:r>
        <w:rPr/>
        <w:t>Public data cannot establish account ownership, shared devices or networks, incentives, customer status, staff direction or professional relationships. Those questions need Google's internal records.</w:t>
      </w:r>
    </w:p>
    <w:p>
      <w:pPr>
        <w:pStyle w:val="ListBullet"/>
      </w:pPr>
      <w:r>
        <w:rPr/>
        <w:t>Rating-only reviews, low-history accounts, closely timed posts, edits and later disappearance are not breaches by themselves. They are included as defined screening signals for Google's review.</w:t>
      </w:r>
    </w:p>
    <w:p>
      <w:pPr>
        <w:pStyle w:val="ListBullet"/>
      </w:pPr>
      <w:r>
        <w:rPr/>
        <w:t>No inference is drawn from disappearance alone: a review may be deleted by its author, removed by Google, hidden by an account change, or become unavailable for another reason.</w:t>
      </w:r>
    </w:p>
    <w:p>
      <w:pPr>
        <w:pStyle w:val="ListBullet"/>
      </w:pPr>
      <w:r>
        <w:rPr/>
        <w:t>This report concerns Google Maps user-generated-content policy. It does not ask Google to judge repair quality, customer disputes, or any legal liability.</w:t>
      </w:r>
    </w:p>
    <w:sectPr w:rsidR="00FC693F" w:rsidRPr="0006063C" w:rsidSect="00034616">
      <w:footerReference w:type="default" r:id="rId11"/>
      <w:pgSz w:w="11906" w:h="16838"/>
      <w:pgMar w:top="1020" w:right="1134" w:bottom="1020" w:left="1134"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789"/>
        <w:sz w:val="15"/>
        <w:szCs w:val="15"/>
      </w:rPr>
      <w:t xml:space="preserve">AxioIntel sample report · fictional business and records · Maple Ridge Auto Care (sample) · not for submission · Page </w:t>
    </w:r>
    <w:r>
      <w:rPr>
        <w:color w:val="6B7789"/>
        <w:sz w:val="15"/>
        <w:szCs w:val="15"/>
      </w:rPr>
      <w:fldChar w:fldCharType="begin"/>
    </w:r>
    <w:r>
      <w:rPr>
        <w:color w:val="6B7789"/>
        <w:sz w:val="15"/>
        <w:szCs w:val="15"/>
      </w:rPr>
      <w:instrText xml:space="preserve"> PAGE </w:instrText>
    </w:r>
    <w:r>
      <w:rPr>
        <w:color w:val="6B7789"/>
        <w:sz w:val="15"/>
        <w:szCs w:val="15"/>
      </w:rPr>
      <w:fldChar w:fldCharType="separate"/>
    </w:r>
    <w:r>
      <w:rPr>
        <w:color w:val="6B7789"/>
        <w:sz w:val="15"/>
        <w:szCs w:val="15"/>
      </w:rPr>
      <w:t xml:space="preserve">1</w:t>
    </w:r>
    <w:r>
      <w:rPr>
        <w:color w:val="6B7789"/>
        <w:sz w:val="15"/>
        <w:szCs w:val="15"/>
      </w:rPr>
      <w:fldChar w:fldCharType="end"/>
    </w:r>
    <w:r>
      <w:rPr>
        <w:color w:val="6B7789"/>
        <w:sz w:val="15"/>
        <w:szCs w:val="15"/>
      </w:rPr>
      <w:t xml:space="preserve"> of </w:t>
    </w:r>
    <w:r>
      <w:rPr>
        <w:color w:val="6B7789"/>
        <w:sz w:val="15"/>
        <w:szCs w:val="15"/>
      </w:rPr>
      <w:fldChar w:fldCharType="begin"/>
    </w:r>
    <w:r>
      <w:rPr>
        <w:color w:val="6B7789"/>
        <w:sz w:val="15"/>
        <w:szCs w:val="15"/>
      </w:rPr>
      <w:instrText xml:space="preserve"> NUMPAGES </w:instrText>
    </w:r>
    <w:r>
      <w:rPr>
        <w:color w:val="6B7789"/>
        <w:sz w:val="15"/>
        <w:szCs w:val="15"/>
      </w:rPr>
      <w:fldChar w:fldCharType="separate"/>
    </w:r>
    <w:r>
      <w:rPr>
        <w:color w:val="6B7789"/>
        <w:sz w:val="15"/>
        <w:szCs w:val="15"/>
      </w:rPr>
      <w:t xml:space="preserve">1</w:t>
    </w:r>
    <w:r>
      <w:rPr>
        <w:color w:val="6B7789"/>
        <w:sz w:val="15"/>
        <w:szCs w:val="1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Nirmala UI"/>
        <w:color w:val="141922"/>
        <w:sz w:val="21"/>
        <w:szCs w:val="21"/>
        <w:lang w:val="en-GB" w:eastAsia="en-US" w:bidi="hi-IN"/>
      </w:rPr>
    </w:rPrDefault>
    <w:pPrDefault>
      <w:pPr>
        <w:spacing w:after="100" w:line="264"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s="Nirmala UI"/>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Arial" w:hAnsi="Arial" w:eastAsia="Arial" w:cs="Nirmala UI"/>
      <w:b/>
      <w:bCs/>
      <w:color w:val="141922"/>
      <w:sz w:val="36"/>
      <w:szCs w:val="36"/>
    </w:rPr>
  </w:style>
  <w:style w:type="paragraph" w:styleId="Heading2">
    <w:name w:val="heading 2"/>
    <w:basedOn w:val="Normal"/>
    <w:next w:val="Normal"/>
    <w:link w:val="Heading2Char"/>
    <w:uiPriority w:val="9"/>
    <w:unhideWhenUsed/>
    <w:qFormat/>
    <w:rsid w:val="00FC693F"/>
    <w:pPr>
      <w:keepNext/>
      <w:keepLines/>
      <w:spacing w:before="320" w:after="80"/>
      <w:outlineLvl w:val="1"/>
    </w:pPr>
    <w:rPr>
      <w:rFonts w:ascii="Arial" w:hAnsi="Arial" w:eastAsia="Arial" w:cs="Nirmala UI"/>
      <w:b/>
      <w:bCs/>
      <w:color w:val="141922"/>
      <w:sz w:val="27"/>
      <w:szCs w:val="27"/>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Arial" w:hAnsi="Arial" w:eastAsia="Arial" w:cs="Nirmala UI"/>
      <w:b/>
      <w:bCs/>
      <w:color w:val="141922"/>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upport.google.com/contributionpolicy/answer/7400114" TargetMode="External"/><Relationship Id="rId10" Type="http://schemas.openxmlformats.org/officeDocument/2006/relationships/hyperlink" Target="https://support.google.com/contributionpolicy/answer/7422880" TargetMode="Externa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AxioIntel Sample Evidence Report — Maple Ridge Auto Care</dc:title>
  <dc:subject/>
  <dc:creator>AxioIntel</dc:creator>
  <cp:keywords/>
  <dc:description>generated by python-docx</dc:description>
  <cp:lastModifiedBy>AxioIntel</cp:lastModifiedBy>
  <cp:revision>1</cp:revision>
  <cp:category/>
</cp:coreProperties>
</file>